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E9BF" w14:textId="77777777" w:rsidR="003B72C6" w:rsidRPr="003B72C6" w:rsidRDefault="006A6399" w:rsidP="00A5204A">
      <w:pPr>
        <w:pStyle w:val="Ttulo2"/>
        <w:jc w:val="center"/>
        <w:rPr>
          <w:rFonts w:cstheme="majorHAnsi"/>
          <w:color w:val="auto"/>
          <w:sz w:val="24"/>
          <w:szCs w:val="24"/>
        </w:rPr>
      </w:pPr>
      <w:r w:rsidRPr="003B72C6">
        <w:rPr>
          <w:rFonts w:cstheme="majorHAnsi"/>
          <w:color w:val="auto"/>
          <w:sz w:val="24"/>
          <w:szCs w:val="24"/>
        </w:rPr>
        <w:t xml:space="preserve">ANEXO </w:t>
      </w:r>
      <w:r w:rsidR="003B72C6" w:rsidRPr="003B72C6">
        <w:rPr>
          <w:rFonts w:cstheme="majorHAnsi"/>
          <w:color w:val="auto"/>
          <w:sz w:val="24"/>
          <w:szCs w:val="24"/>
        </w:rPr>
        <w:t>3</w:t>
      </w:r>
      <w:r w:rsidR="00A5204A" w:rsidRPr="003B72C6">
        <w:rPr>
          <w:rFonts w:cstheme="majorHAnsi"/>
          <w:color w:val="auto"/>
          <w:sz w:val="24"/>
          <w:szCs w:val="24"/>
        </w:rPr>
        <w:t xml:space="preserve"> </w:t>
      </w:r>
    </w:p>
    <w:p w14:paraId="613A02B1" w14:textId="44C32F02" w:rsidR="006A6399" w:rsidRPr="003B72C6" w:rsidRDefault="006A6399" w:rsidP="00A5204A">
      <w:pPr>
        <w:pStyle w:val="Ttulo2"/>
        <w:jc w:val="center"/>
        <w:rPr>
          <w:rFonts w:cstheme="majorHAnsi"/>
          <w:color w:val="auto"/>
          <w:sz w:val="24"/>
          <w:szCs w:val="24"/>
        </w:rPr>
      </w:pPr>
      <w:r w:rsidRPr="003B72C6">
        <w:rPr>
          <w:rFonts w:cstheme="majorHAnsi"/>
          <w:color w:val="auto"/>
          <w:sz w:val="24"/>
          <w:szCs w:val="24"/>
        </w:rPr>
        <w:t>PLANO DE PROJETO</w:t>
      </w:r>
    </w:p>
    <w:p w14:paraId="0D3DA1CC" w14:textId="15610E2E" w:rsidR="003B72C6" w:rsidRPr="003B72C6" w:rsidRDefault="003B72C6" w:rsidP="003B72C6">
      <w:pPr>
        <w:jc w:val="center"/>
        <w:rPr>
          <w:rFonts w:asciiTheme="majorHAnsi" w:hAnsiTheme="majorHAnsi" w:cstheme="majorHAnsi"/>
        </w:rPr>
      </w:pPr>
      <w:r w:rsidRPr="003B72C6">
        <w:rPr>
          <w:rFonts w:asciiTheme="majorHAnsi" w:hAnsiTheme="majorHAnsi" w:cstheme="majorHAnsi"/>
        </w:rPr>
        <w:t>CHAMADA SESI DE SOLUÇÕES INOVADORAS EM SAÚDE DO TRABALHADOR Nº 01/2026</w:t>
      </w:r>
    </w:p>
    <w:p w14:paraId="11DA2960" w14:textId="77777777" w:rsidR="00A85B60" w:rsidRPr="003B72C6" w:rsidRDefault="00A85B60" w:rsidP="006A6399">
      <w:pPr>
        <w:spacing w:after="160" w:line="259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D106FCF" w14:textId="53237326" w:rsidR="004276F9" w:rsidRPr="003B72C6" w:rsidRDefault="004276F9" w:rsidP="00D330DB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IDENTIFICAÇÃO DO PROJETO</w:t>
      </w:r>
    </w:p>
    <w:tbl>
      <w:tblPr>
        <w:tblW w:w="9531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3347"/>
        <w:gridCol w:w="6184"/>
      </w:tblGrid>
      <w:tr w:rsidR="00F356A8" w:rsidRPr="003B72C6" w14:paraId="18748333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33493DDB" w14:textId="55756C97" w:rsidR="00F356A8" w:rsidRPr="003B72C6" w:rsidRDefault="00F356A8" w:rsidP="00C2423D">
            <w:pPr>
              <w:spacing w:before="40" w:after="40" w:line="240" w:lineRule="auto"/>
              <w:jc w:val="both"/>
              <w:rPr>
                <w:rFonts w:asciiTheme="majorHAnsi" w:eastAsia="Yu Mincho" w:hAnsiTheme="majorHAnsi" w:cstheme="majorHAnsi"/>
                <w:b/>
                <w:bCs/>
                <w:color w:val="1F4E79"/>
                <w:sz w:val="24"/>
                <w:szCs w:val="24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Título do Projeto</w:t>
            </w:r>
          </w:p>
        </w:tc>
        <w:tc>
          <w:tcPr>
            <w:tcW w:w="6184" w:type="dxa"/>
            <w:vAlign w:val="center"/>
          </w:tcPr>
          <w:p w14:paraId="1BD6BF45" w14:textId="0CBDAD2C" w:rsidR="00D66092" w:rsidRPr="003B72C6" w:rsidRDefault="00D66092" w:rsidP="00F356A8">
            <w:pPr>
              <w:spacing w:after="0" w:line="240" w:lineRule="auto"/>
              <w:jc w:val="both"/>
              <w:rPr>
                <w:rFonts w:asciiTheme="majorHAnsi" w:eastAsia="Yu Mincho" w:hAnsiTheme="majorHAnsi" w:cstheme="majorHAnsi"/>
                <w:sz w:val="24"/>
                <w:szCs w:val="24"/>
              </w:rPr>
            </w:pPr>
          </w:p>
        </w:tc>
      </w:tr>
      <w:tr w:rsidR="00F356A8" w:rsidRPr="003B72C6" w14:paraId="4CBF81EA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3D6E94A2" w14:textId="7997F3EB" w:rsidR="00B16DB6" w:rsidRPr="003B72C6" w:rsidRDefault="00F356A8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Tempo de duração</w:t>
            </w:r>
          </w:p>
          <w:p w14:paraId="48D9F9CB" w14:textId="10C3AA72" w:rsidR="00F356A8" w:rsidRPr="003B72C6" w:rsidRDefault="00F356A8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(</w:t>
            </w:r>
            <w:r w:rsidR="004276F9"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12 a 18 meses</w:t>
            </w: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)</w:t>
            </w:r>
          </w:p>
        </w:tc>
        <w:tc>
          <w:tcPr>
            <w:tcW w:w="6184" w:type="dxa"/>
            <w:vAlign w:val="center"/>
          </w:tcPr>
          <w:p w14:paraId="6D50B869" w14:textId="79674B07" w:rsidR="00F356A8" w:rsidRPr="003B72C6" w:rsidRDefault="00F356A8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6A6399" w:rsidRPr="003B72C6" w14:paraId="361D0159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144D210C" w14:textId="4207B3AD" w:rsidR="008E4ADE" w:rsidRPr="003B72C6" w:rsidRDefault="00277B0B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Desafio</w:t>
            </w:r>
            <w:r w:rsidR="00322D1A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 principal</w:t>
            </w:r>
            <w:r w:rsidR="00B16DB6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:</w:t>
            </w:r>
          </w:p>
          <w:p w14:paraId="69E7CBE4" w14:textId="7898ADB6" w:rsidR="006C1868" w:rsidRPr="003B72C6" w:rsidRDefault="008E4ADE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(selecionar apenas um)</w:t>
            </w:r>
          </w:p>
        </w:tc>
        <w:tc>
          <w:tcPr>
            <w:tcW w:w="6184" w:type="dxa"/>
            <w:vAlign w:val="center"/>
          </w:tcPr>
          <w:p w14:paraId="3FCD5AA1" w14:textId="77777777" w:rsidR="00277B0B" w:rsidRPr="003B72C6" w:rsidRDefault="00D22FFD" w:rsidP="00277B0B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00118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B0B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77B0B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Saúde mental e fatores psicossociais</w:t>
            </w:r>
          </w:p>
          <w:p w14:paraId="441A9998" w14:textId="77777777" w:rsidR="00277B0B" w:rsidRPr="003B72C6" w:rsidRDefault="00D22FFD" w:rsidP="00277B0B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6655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B0B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77B0B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Vigilância e gestão de saúde do trabalhador</w:t>
            </w:r>
          </w:p>
          <w:p w14:paraId="29092188" w14:textId="77777777" w:rsidR="00277B0B" w:rsidRPr="003B72C6" w:rsidRDefault="00D22FFD" w:rsidP="00277B0B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33876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B0B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77B0B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Prevenção de riscos e acidentes de trabalho</w:t>
            </w:r>
          </w:p>
          <w:p w14:paraId="7C85DA84" w14:textId="3DA61F3C" w:rsidR="006A6399" w:rsidRPr="003B72C6" w:rsidRDefault="00D22FFD" w:rsidP="00277B0B">
            <w:pPr>
              <w:spacing w:after="0"/>
              <w:ind w:left="142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47860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B0B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77B0B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Gestão de afastamentos e incapacidades</w:t>
            </w:r>
          </w:p>
        </w:tc>
      </w:tr>
      <w:tr w:rsidR="00322D1A" w:rsidRPr="003B72C6" w14:paraId="44BA09F4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6553C497" w14:textId="4DA2CCCF" w:rsidR="00A546ED" w:rsidRPr="003B72C6" w:rsidRDefault="00322D1A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Desafios secundários</w:t>
            </w:r>
          </w:p>
          <w:p w14:paraId="28F8ADF9" w14:textId="6E1FFAFB" w:rsidR="00322D1A" w:rsidRPr="003B72C6" w:rsidRDefault="00A546ED" w:rsidP="60C856E3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Bidi"/>
                <w:color w:val="1F4E79"/>
                <w:sz w:val="20"/>
                <w:szCs w:val="20"/>
              </w:rPr>
            </w:pPr>
            <w:r w:rsidRPr="60C856E3">
              <w:rPr>
                <w:rFonts w:asciiTheme="majorHAnsi" w:eastAsia="Courier New" w:hAnsiTheme="majorHAnsi" w:cstheme="majorBidi"/>
                <w:color w:val="1F4E79"/>
                <w:sz w:val="20"/>
                <w:szCs w:val="20"/>
              </w:rPr>
              <w:t xml:space="preserve">(selecionar </w:t>
            </w:r>
            <w:r w:rsidR="5F6AF000" w:rsidRPr="60C856E3">
              <w:rPr>
                <w:rFonts w:asciiTheme="majorHAnsi" w:eastAsia="Courier New" w:hAnsiTheme="majorHAnsi" w:cstheme="majorBidi"/>
                <w:color w:val="1F4E79"/>
                <w:sz w:val="20"/>
                <w:szCs w:val="20"/>
              </w:rPr>
              <w:t xml:space="preserve">se </w:t>
            </w:r>
            <w:r w:rsidRPr="60C856E3">
              <w:rPr>
                <w:rFonts w:asciiTheme="majorHAnsi" w:eastAsia="Courier New" w:hAnsiTheme="majorHAnsi" w:cstheme="majorBidi"/>
                <w:color w:val="1F4E79"/>
                <w:sz w:val="20"/>
                <w:szCs w:val="20"/>
              </w:rPr>
              <w:t>aplicável)</w:t>
            </w:r>
          </w:p>
        </w:tc>
        <w:tc>
          <w:tcPr>
            <w:tcW w:w="6184" w:type="dxa"/>
            <w:vAlign w:val="center"/>
          </w:tcPr>
          <w:p w14:paraId="49B7B809" w14:textId="77777777" w:rsidR="00322D1A" w:rsidRPr="003B72C6" w:rsidRDefault="00D22FFD" w:rsidP="00322D1A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2724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D1A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2D1A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Saúde mental e fatores psicossociais</w:t>
            </w:r>
          </w:p>
          <w:p w14:paraId="281C063D" w14:textId="77777777" w:rsidR="00322D1A" w:rsidRPr="003B72C6" w:rsidRDefault="00D22FFD" w:rsidP="00322D1A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86296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D1A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2D1A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Vigilância e gestão de saúde do trabalhador</w:t>
            </w:r>
          </w:p>
          <w:p w14:paraId="56282B40" w14:textId="77777777" w:rsidR="00322D1A" w:rsidRPr="003B72C6" w:rsidRDefault="00D22FFD" w:rsidP="00322D1A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65759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D1A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2D1A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Prevenção de riscos e acidentes de trabalho</w:t>
            </w:r>
          </w:p>
          <w:p w14:paraId="673704A5" w14:textId="5E100EF7" w:rsidR="00322D1A" w:rsidRPr="003B72C6" w:rsidRDefault="00D22FFD" w:rsidP="00322D1A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21216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D1A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2D1A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Gestão de afastamentos e incapacidades</w:t>
            </w:r>
          </w:p>
        </w:tc>
      </w:tr>
      <w:tr w:rsidR="004276F9" w:rsidRPr="003B72C6" w14:paraId="4A9CCFE7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5735D351" w14:textId="77777777" w:rsidR="004276F9" w:rsidRPr="003B72C6" w:rsidRDefault="004276F9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Valor solicitado ao Sesi-PR </w:t>
            </w:r>
          </w:p>
          <w:p w14:paraId="47A7E4B8" w14:textId="07F82F28" w:rsidR="004276F9" w:rsidRPr="003B72C6" w:rsidRDefault="004276F9" w:rsidP="00C2423D">
            <w:pPr>
              <w:spacing w:before="40" w:after="40" w:line="240" w:lineRule="auto"/>
              <w:jc w:val="both"/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(100 mil a 500 mil reais)</w:t>
            </w:r>
          </w:p>
        </w:tc>
        <w:tc>
          <w:tcPr>
            <w:tcW w:w="6184" w:type="dxa"/>
            <w:vAlign w:val="center"/>
          </w:tcPr>
          <w:p w14:paraId="0EFE3DFD" w14:textId="42B95E90" w:rsidR="004276F9" w:rsidRPr="003B72C6" w:rsidRDefault="004276F9" w:rsidP="00D66092">
            <w:pPr>
              <w:spacing w:after="0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56A8" w:rsidRPr="003B72C6" w14:paraId="4209DBBD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11C995DE" w14:textId="569D1DDF" w:rsidR="00F356A8" w:rsidRPr="003B72C6" w:rsidRDefault="00F356A8" w:rsidP="00C2423D">
            <w:pPr>
              <w:spacing w:before="40" w:after="40" w:line="259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Valor total </w:t>
            </w:r>
            <w:r w:rsidR="004276F9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do projeto</w:t>
            </w:r>
          </w:p>
        </w:tc>
        <w:tc>
          <w:tcPr>
            <w:tcW w:w="6184" w:type="dxa"/>
            <w:vAlign w:val="center"/>
          </w:tcPr>
          <w:p w14:paraId="7D8713A7" w14:textId="4D9D88C2" w:rsidR="00F356A8" w:rsidRPr="003B72C6" w:rsidRDefault="00F356A8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</w:tc>
      </w:tr>
      <w:tr w:rsidR="00F356A8" w:rsidRPr="003B72C6" w14:paraId="42D12E16" w14:textId="77777777" w:rsidTr="60C856E3">
        <w:trPr>
          <w:jc w:val="center"/>
        </w:trPr>
        <w:tc>
          <w:tcPr>
            <w:tcW w:w="3347" w:type="dxa"/>
            <w:shd w:val="clear" w:color="auto" w:fill="EEF5FA"/>
            <w:vAlign w:val="center"/>
          </w:tcPr>
          <w:p w14:paraId="66D706DC" w14:textId="3C3D0197" w:rsidR="00F356A8" w:rsidRPr="003B72C6" w:rsidRDefault="00F356A8" w:rsidP="00C2423D">
            <w:pPr>
              <w:spacing w:before="40" w:after="40" w:line="259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Localidade </w:t>
            </w:r>
            <w:r w:rsidR="00BC72F8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principal de</w:t>
            </w: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 execução </w:t>
            </w: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(munícipio/UF):</w:t>
            </w:r>
          </w:p>
        </w:tc>
        <w:tc>
          <w:tcPr>
            <w:tcW w:w="6184" w:type="dxa"/>
            <w:vAlign w:val="center"/>
          </w:tcPr>
          <w:p w14:paraId="622F11F7" w14:textId="5615638A" w:rsidR="00F356A8" w:rsidRPr="003B72C6" w:rsidRDefault="00F356A8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</w:tc>
      </w:tr>
      <w:tr w:rsidR="00D64E3D" w:rsidRPr="003B72C6" w14:paraId="49085DF1" w14:textId="77777777" w:rsidTr="60C856E3">
        <w:trPr>
          <w:jc w:val="center"/>
        </w:trPr>
        <w:tc>
          <w:tcPr>
            <w:tcW w:w="9531" w:type="dxa"/>
            <w:gridSpan w:val="2"/>
            <w:shd w:val="clear" w:color="auto" w:fill="EEF5FA"/>
            <w:vAlign w:val="center"/>
          </w:tcPr>
          <w:p w14:paraId="48E709CE" w14:textId="77777777" w:rsidR="00D64E3D" w:rsidRPr="003B72C6" w:rsidRDefault="00D64E3D" w:rsidP="00C2423D">
            <w:pPr>
              <w:spacing w:beforeLines="40" w:before="96" w:afterLines="40" w:after="96" w:line="259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Resumo do projeto</w:t>
            </w:r>
          </w:p>
          <w:p w14:paraId="516273FC" w14:textId="4187C0A3" w:rsidR="00D64E3D" w:rsidRPr="003B72C6" w:rsidRDefault="00D64E3D" w:rsidP="00C2423D">
            <w:pPr>
              <w:pStyle w:val="Guidance"/>
              <w:keepNext/>
              <w:spacing w:beforeLines="40" w:before="96" w:afterLines="40" w:after="96"/>
              <w:jc w:val="both"/>
              <w:rPr>
                <w:rFonts w:asciiTheme="majorHAnsi" w:eastAsia="Courier New" w:hAnsiTheme="majorHAnsi" w:cstheme="majorHAnsi"/>
                <w:sz w:val="20"/>
                <w:szCs w:val="20"/>
                <w:lang w:val="pt-BR"/>
              </w:rPr>
            </w:pPr>
            <w:r w:rsidRPr="003B72C6">
              <w:rPr>
                <w:rFonts w:asciiTheme="majorHAnsi" w:hAnsiTheme="majorHAnsi" w:cstheme="majorHAnsi"/>
                <w:lang w:val="pt-BR"/>
              </w:rPr>
              <w:t>até 1.000 caracteres com espaços. Apresente o problema, a solução, o público beneficiário, o estágio tecnológico atual, o MVP previsto e o principal resultado/impacto esperado.</w:t>
            </w:r>
          </w:p>
        </w:tc>
      </w:tr>
      <w:tr w:rsidR="00D64E3D" w:rsidRPr="003B72C6" w14:paraId="6BDF6E15" w14:textId="77777777" w:rsidTr="60C856E3">
        <w:trPr>
          <w:jc w:val="center"/>
        </w:trPr>
        <w:tc>
          <w:tcPr>
            <w:tcW w:w="9531" w:type="dxa"/>
            <w:gridSpan w:val="2"/>
            <w:vAlign w:val="center"/>
          </w:tcPr>
          <w:p w14:paraId="1A505E57" w14:textId="77777777" w:rsidR="00D64E3D" w:rsidRPr="003B72C6" w:rsidRDefault="00D64E3D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  <w:p w14:paraId="67AF3A83" w14:textId="77777777" w:rsidR="00A85B60" w:rsidRPr="003B72C6" w:rsidRDefault="00A85B60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  <w:p w14:paraId="57C00208" w14:textId="77777777" w:rsidR="00A85B60" w:rsidRPr="003B72C6" w:rsidRDefault="00A85B60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  <w:p w14:paraId="2DA89822" w14:textId="77777777" w:rsidR="00A85B60" w:rsidRPr="003B72C6" w:rsidRDefault="00A85B60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  <w:p w14:paraId="6E0C6083" w14:textId="58BC900B" w:rsidR="00A85B60" w:rsidRPr="003B72C6" w:rsidRDefault="00A85B60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sz w:val="20"/>
                <w:szCs w:val="20"/>
              </w:rPr>
            </w:pPr>
          </w:p>
        </w:tc>
      </w:tr>
    </w:tbl>
    <w:p w14:paraId="2BCAC0A1" w14:textId="4E06EBF2" w:rsidR="004276F9" w:rsidRPr="003B72C6" w:rsidRDefault="004276F9" w:rsidP="00D330DB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IDENTIFICAÇÃO DA EMPRESA PROPONENTE</w:t>
      </w:r>
    </w:p>
    <w:tbl>
      <w:tblPr>
        <w:tblW w:w="952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2977"/>
        <w:gridCol w:w="6545"/>
      </w:tblGrid>
      <w:tr w:rsidR="00D66092" w:rsidRPr="003B72C6" w14:paraId="2F4221AC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5AE8C4AD" w14:textId="45C234EB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Razão Social</w:t>
            </w:r>
          </w:p>
        </w:tc>
        <w:tc>
          <w:tcPr>
            <w:tcW w:w="6545" w:type="dxa"/>
          </w:tcPr>
          <w:p w14:paraId="2ECDFBD0" w14:textId="6704CA1D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47C766EC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1712856D" w14:textId="4674F270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CNPJ</w:t>
            </w:r>
          </w:p>
        </w:tc>
        <w:tc>
          <w:tcPr>
            <w:tcW w:w="6545" w:type="dxa"/>
          </w:tcPr>
          <w:p w14:paraId="3C955414" w14:textId="3DCAADA0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2F1D2FB1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47C4358A" w14:textId="65A2F475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Porte - </w:t>
            </w: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considerar classificação por faturamento</w:t>
            </w:r>
          </w:p>
        </w:tc>
        <w:tc>
          <w:tcPr>
            <w:tcW w:w="6545" w:type="dxa"/>
          </w:tcPr>
          <w:p w14:paraId="4D46C5C0" w14:textId="2373ACF7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0896641F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0DBB6415" w14:textId="0D7138C0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lastRenderedPageBreak/>
              <w:t>CNAE principal</w:t>
            </w:r>
          </w:p>
        </w:tc>
        <w:tc>
          <w:tcPr>
            <w:tcW w:w="6545" w:type="dxa"/>
          </w:tcPr>
          <w:p w14:paraId="68FB37BE" w14:textId="27BF5167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7F7BB5DC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54D32319" w14:textId="7960D42B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proofErr w:type="spellStart"/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CNAEs</w:t>
            </w:r>
            <w:proofErr w:type="spellEnd"/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 secundários relacionados ao projeto</w:t>
            </w:r>
          </w:p>
        </w:tc>
        <w:tc>
          <w:tcPr>
            <w:tcW w:w="6545" w:type="dxa"/>
          </w:tcPr>
          <w:p w14:paraId="42F65730" w14:textId="71A2B5CE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4AA17523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0C8BA28D" w14:textId="6CF16B0D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Endereço</w:t>
            </w:r>
          </w:p>
        </w:tc>
        <w:tc>
          <w:tcPr>
            <w:tcW w:w="6545" w:type="dxa"/>
          </w:tcPr>
          <w:p w14:paraId="63E7B1EB" w14:textId="0A25946E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7CA820B3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2F17A7B7" w14:textId="04A4CD5C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CEP</w:t>
            </w:r>
          </w:p>
        </w:tc>
        <w:tc>
          <w:tcPr>
            <w:tcW w:w="6545" w:type="dxa"/>
          </w:tcPr>
          <w:p w14:paraId="3989F5D1" w14:textId="5EBBE559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2AFFAAA8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58FB61B2" w14:textId="4166EACF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Município/UF</w:t>
            </w:r>
          </w:p>
        </w:tc>
        <w:tc>
          <w:tcPr>
            <w:tcW w:w="6545" w:type="dxa"/>
          </w:tcPr>
          <w:p w14:paraId="3EDFCE71" w14:textId="695A79AC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0D06A5E4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2D42AE33" w14:textId="244ADD5E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Site/redes sociais</w:t>
            </w:r>
          </w:p>
        </w:tc>
        <w:tc>
          <w:tcPr>
            <w:tcW w:w="6545" w:type="dxa"/>
          </w:tcPr>
          <w:p w14:paraId="722192B9" w14:textId="4EFA9C5E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7C44F38C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44D9EF3D" w14:textId="7B1FDD88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Nome do representante legal</w:t>
            </w:r>
          </w:p>
        </w:tc>
        <w:tc>
          <w:tcPr>
            <w:tcW w:w="6545" w:type="dxa"/>
          </w:tcPr>
          <w:p w14:paraId="77BBD771" w14:textId="5E99F3C3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4BCC2960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7C403878" w14:textId="10829C9A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RG</w:t>
            </w:r>
          </w:p>
        </w:tc>
        <w:tc>
          <w:tcPr>
            <w:tcW w:w="6545" w:type="dxa"/>
          </w:tcPr>
          <w:p w14:paraId="46C3421D" w14:textId="5329715B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63089170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725C35B8" w14:textId="7DBE6C86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CPF</w:t>
            </w:r>
          </w:p>
        </w:tc>
        <w:tc>
          <w:tcPr>
            <w:tcW w:w="6545" w:type="dxa"/>
          </w:tcPr>
          <w:p w14:paraId="5685B89F" w14:textId="77EE9103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4DF18574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0928F45A" w14:textId="0D5653CF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Cargo</w:t>
            </w:r>
          </w:p>
        </w:tc>
        <w:tc>
          <w:tcPr>
            <w:tcW w:w="6545" w:type="dxa"/>
          </w:tcPr>
          <w:p w14:paraId="0332C663" w14:textId="163E21F2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0761665F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30EC3AE3" w14:textId="43D9DAE1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E-mail</w:t>
            </w:r>
          </w:p>
        </w:tc>
        <w:tc>
          <w:tcPr>
            <w:tcW w:w="6545" w:type="dxa"/>
          </w:tcPr>
          <w:p w14:paraId="719BF70B" w14:textId="68A8EC25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23B77F81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13933FE9" w14:textId="17AEC9CD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Nome do ponto focal para contato</w:t>
            </w:r>
          </w:p>
        </w:tc>
        <w:tc>
          <w:tcPr>
            <w:tcW w:w="6545" w:type="dxa"/>
          </w:tcPr>
          <w:p w14:paraId="13078CF6" w14:textId="3378403A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7679AB85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0EC57FDE" w14:textId="27806BB5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Cargo</w:t>
            </w:r>
          </w:p>
        </w:tc>
        <w:tc>
          <w:tcPr>
            <w:tcW w:w="6545" w:type="dxa"/>
          </w:tcPr>
          <w:p w14:paraId="49C71B93" w14:textId="2744C36B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</w:p>
        </w:tc>
      </w:tr>
      <w:tr w:rsidR="00D66092" w:rsidRPr="003B72C6" w14:paraId="3DA9E139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0EF69AA5" w14:textId="04B0B502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Telefone</w:t>
            </w:r>
          </w:p>
        </w:tc>
        <w:tc>
          <w:tcPr>
            <w:tcW w:w="6545" w:type="dxa"/>
          </w:tcPr>
          <w:p w14:paraId="25976FD4" w14:textId="1409AB41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03AF6FA2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1CD1DC16" w14:textId="0A1CAE53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E-mail</w:t>
            </w:r>
          </w:p>
        </w:tc>
        <w:tc>
          <w:tcPr>
            <w:tcW w:w="6545" w:type="dxa"/>
          </w:tcPr>
          <w:p w14:paraId="39F4E985" w14:textId="51FB85C0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072875" w:rsidRPr="003B72C6" w14:paraId="735897C2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60D6353D" w14:textId="52CCF344" w:rsidR="00072875" w:rsidRPr="003B72C6" w:rsidRDefault="00072875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Descrição resumida da atuação tecnológica da empresa</w:t>
            </w:r>
          </w:p>
        </w:tc>
        <w:tc>
          <w:tcPr>
            <w:tcW w:w="6545" w:type="dxa"/>
          </w:tcPr>
          <w:p w14:paraId="14C5624B" w14:textId="77777777" w:rsidR="00072875" w:rsidRPr="003B72C6" w:rsidRDefault="00072875" w:rsidP="00072875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</w:tbl>
    <w:p w14:paraId="4EDCB066" w14:textId="77777777" w:rsidR="00277B0B" w:rsidRPr="003B72C6" w:rsidRDefault="00277B0B" w:rsidP="00277B0B">
      <w:pPr>
        <w:rPr>
          <w:rFonts w:asciiTheme="majorHAnsi" w:hAnsiTheme="majorHAnsi" w:cstheme="majorHAnsi"/>
        </w:rPr>
      </w:pPr>
    </w:p>
    <w:p w14:paraId="5CC37E04" w14:textId="7A6F65C6" w:rsidR="00E9043D" w:rsidRPr="003B72C6" w:rsidRDefault="00E9043D" w:rsidP="00D330DB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IDENTIFICAÇÃO DOS PARCEIROS</w:t>
      </w:r>
    </w:p>
    <w:p w14:paraId="2A1FE318" w14:textId="60FF5BCB" w:rsidR="00E9043D" w:rsidRPr="003B72C6" w:rsidRDefault="00E9043D" w:rsidP="00D330DB">
      <w:pPr>
        <w:pStyle w:val="Ttulo1"/>
        <w:numPr>
          <w:ilvl w:val="1"/>
          <w:numId w:val="12"/>
        </w:numPr>
        <w:spacing w:before="200" w:after="200" w:line="259" w:lineRule="auto"/>
        <w:ind w:left="788" w:hanging="431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Indústria Parceira</w:t>
      </w:r>
    </w:p>
    <w:tbl>
      <w:tblPr>
        <w:tblW w:w="9291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2964"/>
        <w:gridCol w:w="6327"/>
      </w:tblGrid>
      <w:tr w:rsidR="00D66092" w:rsidRPr="003B72C6" w14:paraId="44B1F289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5930BACF" w14:textId="20729CA5" w:rsidR="00D66092" w:rsidRPr="003B72C6" w:rsidRDefault="00D66092" w:rsidP="00072875">
            <w:pPr>
              <w:spacing w:before="40" w:after="40" w:line="240" w:lineRule="auto"/>
              <w:rPr>
                <w:rFonts w:asciiTheme="majorHAnsi" w:eastAsia="Yu Mincho" w:hAnsiTheme="majorHAnsi" w:cstheme="majorHAnsi"/>
                <w:b/>
                <w:bCs/>
                <w:color w:val="1F4E79"/>
                <w:sz w:val="24"/>
                <w:szCs w:val="24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Razão Social</w:t>
            </w:r>
          </w:p>
        </w:tc>
        <w:tc>
          <w:tcPr>
            <w:tcW w:w="6327" w:type="dxa"/>
          </w:tcPr>
          <w:p w14:paraId="3D7B77DB" w14:textId="4DA3AD03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Cs/>
                <w:sz w:val="20"/>
                <w:szCs w:val="20"/>
              </w:rPr>
            </w:pPr>
          </w:p>
        </w:tc>
      </w:tr>
      <w:tr w:rsidR="00D66092" w:rsidRPr="003B72C6" w14:paraId="6E032C83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79B253C6" w14:textId="67F01A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CNPJ</w:t>
            </w:r>
          </w:p>
        </w:tc>
        <w:tc>
          <w:tcPr>
            <w:tcW w:w="6327" w:type="dxa"/>
          </w:tcPr>
          <w:p w14:paraId="4944C33F" w14:textId="1B3132F8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4DD7112C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0ACF9B9F" w14:textId="5A0B3F68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Porte</w:t>
            </w:r>
            <w:r w:rsidR="00072875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 xml:space="preserve"> - </w:t>
            </w: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considerar classificação nº de empregados</w:t>
            </w:r>
          </w:p>
        </w:tc>
        <w:tc>
          <w:tcPr>
            <w:tcW w:w="6327" w:type="dxa"/>
          </w:tcPr>
          <w:p w14:paraId="5991EA51" w14:textId="497D16A1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7C183863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4EBAA677" w14:textId="2684F39C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CNAE principal</w:t>
            </w:r>
          </w:p>
        </w:tc>
        <w:tc>
          <w:tcPr>
            <w:tcW w:w="6327" w:type="dxa"/>
          </w:tcPr>
          <w:p w14:paraId="69910921" w14:textId="5EDA03B7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2BF25A8B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48382267" w14:textId="55827D9E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Endereço</w:t>
            </w:r>
          </w:p>
        </w:tc>
        <w:tc>
          <w:tcPr>
            <w:tcW w:w="6327" w:type="dxa"/>
          </w:tcPr>
          <w:p w14:paraId="2C8CADC0" w14:textId="6CCD6C87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6E0AED3D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0B885E64" w14:textId="7E23A956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CEP</w:t>
            </w:r>
          </w:p>
        </w:tc>
        <w:tc>
          <w:tcPr>
            <w:tcW w:w="6327" w:type="dxa"/>
          </w:tcPr>
          <w:p w14:paraId="0999D848" w14:textId="1FC96A36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277340CC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343C2802" w14:textId="392450C3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Município/UF</w:t>
            </w:r>
          </w:p>
        </w:tc>
        <w:tc>
          <w:tcPr>
            <w:tcW w:w="6327" w:type="dxa"/>
          </w:tcPr>
          <w:p w14:paraId="02D7AF78" w14:textId="0CFC5424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3F42BACD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0B89A06A" w14:textId="413B20E1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Site/redes sociais</w:t>
            </w:r>
          </w:p>
        </w:tc>
        <w:tc>
          <w:tcPr>
            <w:tcW w:w="6327" w:type="dxa"/>
          </w:tcPr>
          <w:p w14:paraId="39DBC5DE" w14:textId="4734973C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25409257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3DAF5422" w14:textId="39F93BA3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Número total de empregados</w:t>
            </w:r>
          </w:p>
        </w:tc>
        <w:tc>
          <w:tcPr>
            <w:tcW w:w="6327" w:type="dxa"/>
          </w:tcPr>
          <w:p w14:paraId="0A3B6FE6" w14:textId="479AAE71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1F3FAE9A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1D9E9FA9" w14:textId="38C46A62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Nome do representante legal:</w:t>
            </w:r>
          </w:p>
        </w:tc>
        <w:tc>
          <w:tcPr>
            <w:tcW w:w="6327" w:type="dxa"/>
          </w:tcPr>
          <w:p w14:paraId="695FE777" w14:textId="1422F022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7F4D2582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691A12C6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RG:</w:t>
            </w:r>
          </w:p>
        </w:tc>
        <w:tc>
          <w:tcPr>
            <w:tcW w:w="6327" w:type="dxa"/>
          </w:tcPr>
          <w:p w14:paraId="284F250D" w14:textId="1B62FBFB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05CA3E33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4DA4D87F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lastRenderedPageBreak/>
              <w:t>CPF:</w:t>
            </w:r>
          </w:p>
        </w:tc>
        <w:tc>
          <w:tcPr>
            <w:tcW w:w="6327" w:type="dxa"/>
          </w:tcPr>
          <w:p w14:paraId="48126C1C" w14:textId="3F69856E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49CEF119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3AC0DDB4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Cargo:</w:t>
            </w:r>
          </w:p>
        </w:tc>
        <w:tc>
          <w:tcPr>
            <w:tcW w:w="6327" w:type="dxa"/>
          </w:tcPr>
          <w:p w14:paraId="14061E8E" w14:textId="4E309E1C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69072C4D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230418D0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E-mail:</w:t>
            </w:r>
          </w:p>
        </w:tc>
        <w:tc>
          <w:tcPr>
            <w:tcW w:w="6327" w:type="dxa"/>
          </w:tcPr>
          <w:p w14:paraId="6F389709" w14:textId="3A2E6726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008596F7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651977A4" w14:textId="2273609A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Nome do ponto focal para contato:</w:t>
            </w:r>
          </w:p>
        </w:tc>
        <w:tc>
          <w:tcPr>
            <w:tcW w:w="6327" w:type="dxa"/>
          </w:tcPr>
          <w:p w14:paraId="1D0FC1AC" w14:textId="2137E184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2B7B69E8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1FFD2D0B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Cargo:</w:t>
            </w:r>
          </w:p>
        </w:tc>
        <w:tc>
          <w:tcPr>
            <w:tcW w:w="6327" w:type="dxa"/>
          </w:tcPr>
          <w:p w14:paraId="4EB5B206" w14:textId="77D34E14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3C738873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389AC3A5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Telefone:</w:t>
            </w:r>
          </w:p>
        </w:tc>
        <w:tc>
          <w:tcPr>
            <w:tcW w:w="6327" w:type="dxa"/>
          </w:tcPr>
          <w:p w14:paraId="24506D08" w14:textId="00676043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64CB310C" w14:textId="77777777" w:rsidTr="00072875">
        <w:trPr>
          <w:jc w:val="center"/>
        </w:trPr>
        <w:tc>
          <w:tcPr>
            <w:tcW w:w="2964" w:type="dxa"/>
            <w:shd w:val="clear" w:color="auto" w:fill="EEF5FA"/>
            <w:vAlign w:val="center"/>
          </w:tcPr>
          <w:p w14:paraId="374674A0" w14:textId="77777777" w:rsidR="00D66092" w:rsidRPr="003B72C6" w:rsidRDefault="00D66092" w:rsidP="00072875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E-mail:</w:t>
            </w:r>
          </w:p>
        </w:tc>
        <w:tc>
          <w:tcPr>
            <w:tcW w:w="6327" w:type="dxa"/>
          </w:tcPr>
          <w:p w14:paraId="24F4F797" w14:textId="18E49BB8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</w:tbl>
    <w:p w14:paraId="7DD2F29B" w14:textId="77777777" w:rsidR="002D0EEA" w:rsidRPr="003B72C6" w:rsidRDefault="002D0EEA" w:rsidP="002D0EEA">
      <w:pPr>
        <w:rPr>
          <w:rFonts w:asciiTheme="majorHAnsi" w:hAnsiTheme="majorHAnsi" w:cstheme="majorHAnsi"/>
        </w:rPr>
      </w:pPr>
    </w:p>
    <w:p w14:paraId="2F027FBF" w14:textId="6A028CF3" w:rsidR="00E9043D" w:rsidRPr="003B72C6" w:rsidRDefault="00E9043D" w:rsidP="00D330DB">
      <w:pPr>
        <w:pStyle w:val="Ttulo1"/>
        <w:numPr>
          <w:ilvl w:val="1"/>
          <w:numId w:val="12"/>
        </w:numPr>
        <w:spacing w:before="200" w:after="200" w:line="259" w:lineRule="auto"/>
        <w:ind w:left="788" w:hanging="431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Outros Parceiros (opcional)</w:t>
      </w:r>
    </w:p>
    <w:tbl>
      <w:tblPr>
        <w:tblW w:w="926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2977"/>
        <w:gridCol w:w="6292"/>
      </w:tblGrid>
      <w:tr w:rsidR="00D66092" w:rsidRPr="003B72C6" w14:paraId="5A758E30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52526A40" w14:textId="101AE6C3" w:rsidR="00D66092" w:rsidRPr="003B72C6" w:rsidRDefault="00D66092" w:rsidP="00D330DB">
            <w:pPr>
              <w:spacing w:before="40" w:after="40" w:line="240" w:lineRule="auto"/>
              <w:rPr>
                <w:rFonts w:asciiTheme="majorHAnsi" w:eastAsia="Yu Mincho" w:hAnsiTheme="majorHAnsi" w:cstheme="majorHAnsi"/>
                <w:b/>
                <w:bCs/>
                <w:color w:val="1F4E79"/>
                <w:sz w:val="24"/>
                <w:szCs w:val="24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Razão Social da organização</w:t>
            </w:r>
          </w:p>
        </w:tc>
        <w:tc>
          <w:tcPr>
            <w:tcW w:w="6292" w:type="dxa"/>
          </w:tcPr>
          <w:p w14:paraId="3EC303CC" w14:textId="2C3E7331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Cs/>
                <w:sz w:val="20"/>
                <w:szCs w:val="20"/>
              </w:rPr>
            </w:pPr>
          </w:p>
        </w:tc>
      </w:tr>
      <w:tr w:rsidR="00D66092" w:rsidRPr="003B72C6" w14:paraId="29C6A0D6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6ADCA28C" w14:textId="7313749E" w:rsidR="00D66092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CNPJ</w:t>
            </w:r>
          </w:p>
        </w:tc>
        <w:tc>
          <w:tcPr>
            <w:tcW w:w="6292" w:type="dxa"/>
          </w:tcPr>
          <w:p w14:paraId="2D54D045" w14:textId="72D5FBA2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1CC9E964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7D4E3162" w14:textId="77777777" w:rsidR="00D330DB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Tipo de organização</w:t>
            </w:r>
          </w:p>
          <w:p w14:paraId="0C3884DE" w14:textId="3B8C4AB5" w:rsidR="00D66092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color w:val="1F4E79"/>
                <w:sz w:val="20"/>
                <w:szCs w:val="20"/>
              </w:rPr>
              <w:t>(ICT, universidades etc.)</w:t>
            </w:r>
          </w:p>
        </w:tc>
        <w:tc>
          <w:tcPr>
            <w:tcW w:w="6292" w:type="dxa"/>
          </w:tcPr>
          <w:p w14:paraId="6F4DF556" w14:textId="16237814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D66092" w:rsidRPr="003B72C6" w14:paraId="381174C7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3A963D2A" w14:textId="4C6DD0ED" w:rsidR="00D66092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Endereço</w:t>
            </w:r>
          </w:p>
        </w:tc>
        <w:tc>
          <w:tcPr>
            <w:tcW w:w="6292" w:type="dxa"/>
          </w:tcPr>
          <w:p w14:paraId="30B55883" w14:textId="69C2656A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17BA1067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10B9D24F" w14:textId="2BF4F3EF" w:rsidR="00D66092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CEP</w:t>
            </w:r>
          </w:p>
        </w:tc>
        <w:tc>
          <w:tcPr>
            <w:tcW w:w="6292" w:type="dxa"/>
          </w:tcPr>
          <w:p w14:paraId="43C5D646" w14:textId="61B97EA7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D66092" w:rsidRPr="003B72C6" w14:paraId="1AEC30C5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5813F225" w14:textId="6F3ED783" w:rsidR="00D66092" w:rsidRPr="003B72C6" w:rsidRDefault="00D66092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Município/UF</w:t>
            </w:r>
          </w:p>
        </w:tc>
        <w:tc>
          <w:tcPr>
            <w:tcW w:w="6292" w:type="dxa"/>
          </w:tcPr>
          <w:p w14:paraId="103D4E29" w14:textId="243CC322" w:rsidR="00D66092" w:rsidRPr="003B72C6" w:rsidRDefault="00D66092" w:rsidP="00D66092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166270" w:rsidRPr="003B72C6" w14:paraId="76DB6204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7217C00B" w14:textId="58DEA590" w:rsidR="00166270" w:rsidRPr="003B72C6" w:rsidRDefault="00166270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Site/redes sociais</w:t>
            </w:r>
          </w:p>
        </w:tc>
        <w:tc>
          <w:tcPr>
            <w:tcW w:w="6292" w:type="dxa"/>
          </w:tcPr>
          <w:p w14:paraId="142F54F8" w14:textId="1B63CDE9" w:rsidR="00166270" w:rsidRPr="003B72C6" w:rsidRDefault="00166270" w:rsidP="00166270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i/>
                <w:color w:val="FF0000"/>
                <w:sz w:val="20"/>
                <w:szCs w:val="20"/>
              </w:rPr>
            </w:pPr>
          </w:p>
        </w:tc>
      </w:tr>
      <w:tr w:rsidR="00166270" w:rsidRPr="003B72C6" w14:paraId="5302B935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49EF7E48" w14:textId="70827195" w:rsidR="00166270" w:rsidRPr="003B72C6" w:rsidRDefault="00166270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Nome do ponto focal para contato</w:t>
            </w:r>
          </w:p>
        </w:tc>
        <w:tc>
          <w:tcPr>
            <w:tcW w:w="6292" w:type="dxa"/>
          </w:tcPr>
          <w:p w14:paraId="03CC631B" w14:textId="5EDF189E" w:rsidR="00166270" w:rsidRPr="003B72C6" w:rsidRDefault="00166270" w:rsidP="00166270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166270" w:rsidRPr="003B72C6" w14:paraId="3E6F0AEF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2A87FB26" w14:textId="574C4D06" w:rsidR="00166270" w:rsidRPr="003B72C6" w:rsidRDefault="00166270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Cargo</w:t>
            </w:r>
          </w:p>
        </w:tc>
        <w:tc>
          <w:tcPr>
            <w:tcW w:w="6292" w:type="dxa"/>
          </w:tcPr>
          <w:p w14:paraId="3DBAB2ED" w14:textId="2FC04F59" w:rsidR="00166270" w:rsidRPr="003B72C6" w:rsidRDefault="00166270" w:rsidP="00166270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166270" w:rsidRPr="003B72C6" w14:paraId="1B486B67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45034EB0" w14:textId="2533CE9A" w:rsidR="00166270" w:rsidRPr="003B72C6" w:rsidRDefault="00166270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Telefone</w:t>
            </w:r>
          </w:p>
        </w:tc>
        <w:tc>
          <w:tcPr>
            <w:tcW w:w="6292" w:type="dxa"/>
          </w:tcPr>
          <w:p w14:paraId="2AEE83F1" w14:textId="7FB0DD06" w:rsidR="00166270" w:rsidRPr="003B72C6" w:rsidRDefault="00166270" w:rsidP="00166270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  <w:tr w:rsidR="00166270" w:rsidRPr="003B72C6" w14:paraId="160BD4DD" w14:textId="77777777" w:rsidTr="00072875">
        <w:trPr>
          <w:jc w:val="center"/>
        </w:trPr>
        <w:tc>
          <w:tcPr>
            <w:tcW w:w="2977" w:type="dxa"/>
            <w:shd w:val="clear" w:color="auto" w:fill="EEF5FA"/>
            <w:vAlign w:val="center"/>
          </w:tcPr>
          <w:p w14:paraId="444D0065" w14:textId="4F89A13E" w:rsidR="00166270" w:rsidRPr="003B72C6" w:rsidRDefault="00166270" w:rsidP="00D330DB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E-mail</w:t>
            </w:r>
          </w:p>
        </w:tc>
        <w:tc>
          <w:tcPr>
            <w:tcW w:w="6292" w:type="dxa"/>
          </w:tcPr>
          <w:p w14:paraId="59150273" w14:textId="3F1C2B43" w:rsidR="00166270" w:rsidRPr="003B72C6" w:rsidRDefault="00166270" w:rsidP="00166270">
            <w:pPr>
              <w:spacing w:after="0" w:line="240" w:lineRule="auto"/>
              <w:jc w:val="both"/>
              <w:rPr>
                <w:rFonts w:asciiTheme="majorHAnsi" w:eastAsia="Courier New" w:hAnsiTheme="majorHAnsi" w:cstheme="majorHAnsi"/>
                <w:b/>
                <w:sz w:val="20"/>
                <w:szCs w:val="20"/>
              </w:rPr>
            </w:pPr>
          </w:p>
        </w:tc>
      </w:tr>
    </w:tbl>
    <w:p w14:paraId="2C2C9B77" w14:textId="6CD7E82C" w:rsidR="00F356A8" w:rsidRPr="003B72C6" w:rsidRDefault="00F356A8" w:rsidP="00A5204A">
      <w:pPr>
        <w:pStyle w:val="Guidance"/>
        <w:keepNext/>
        <w:spacing w:before="40" w:after="40"/>
        <w:jc w:val="center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Repli</w:t>
      </w:r>
      <w:r w:rsidR="005708DD" w:rsidRPr="003B72C6">
        <w:rPr>
          <w:rFonts w:asciiTheme="majorHAnsi" w:hAnsiTheme="majorHAnsi" w:cstheme="majorHAnsi"/>
          <w:lang w:val="pt-BR"/>
        </w:rPr>
        <w:t>que</w:t>
      </w:r>
      <w:r w:rsidRPr="003B72C6">
        <w:rPr>
          <w:rFonts w:asciiTheme="majorHAnsi" w:hAnsiTheme="majorHAnsi" w:cstheme="majorHAnsi"/>
          <w:lang w:val="pt-BR"/>
        </w:rPr>
        <w:t xml:space="preserve"> o quadro acima para cada parceiro adicional.</w:t>
      </w:r>
    </w:p>
    <w:p w14:paraId="03F5DCB6" w14:textId="77777777" w:rsidR="00515B40" w:rsidRPr="003B72C6" w:rsidRDefault="00515B40" w:rsidP="00F356A8">
      <w:pPr>
        <w:jc w:val="center"/>
        <w:rPr>
          <w:rFonts w:asciiTheme="majorHAnsi" w:hAnsiTheme="majorHAnsi" w:cstheme="majorHAnsi"/>
          <w:color w:val="FF0000"/>
          <w:sz w:val="20"/>
          <w:szCs w:val="20"/>
        </w:rPr>
      </w:pPr>
    </w:p>
    <w:p w14:paraId="097D3B4E" w14:textId="0C3FB34A" w:rsidR="008B6CEB" w:rsidRPr="003B72C6" w:rsidRDefault="00483E00" w:rsidP="00996103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COMPOSIÇÃO DA PARCERIA</w:t>
      </w:r>
    </w:p>
    <w:p w14:paraId="3466D571" w14:textId="096E2CF3" w:rsidR="00AF6F78" w:rsidRPr="003B72C6" w:rsidRDefault="008B6CEB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Descreva, resumidamente, cada uma das organizações integrantes do projeto, bem como sua motivação, contribuições e expectativas em relação ao projeto.</w:t>
      </w:r>
      <w:r w:rsidR="001C5913" w:rsidRPr="003B72C6">
        <w:rPr>
          <w:rFonts w:asciiTheme="majorHAnsi" w:hAnsiTheme="majorHAnsi" w:cstheme="majorHAnsi"/>
          <w:lang w:val="pt-BR"/>
        </w:rPr>
        <w:t xml:space="preserve"> Recomenda-se </w:t>
      </w:r>
      <w:r w:rsidR="005B1553" w:rsidRPr="003B72C6">
        <w:rPr>
          <w:rFonts w:asciiTheme="majorHAnsi" w:hAnsiTheme="majorHAnsi" w:cstheme="majorHAnsi"/>
          <w:lang w:val="pt-BR"/>
        </w:rPr>
        <w:t>um</w:t>
      </w:r>
      <w:r w:rsidR="001C5913" w:rsidRPr="003B72C6">
        <w:rPr>
          <w:rFonts w:asciiTheme="majorHAnsi" w:hAnsiTheme="majorHAnsi" w:cstheme="majorHAnsi"/>
          <w:lang w:val="pt-BR"/>
        </w:rPr>
        <w:t xml:space="preserve"> </w:t>
      </w:r>
      <w:r w:rsidR="005B1553" w:rsidRPr="003B72C6">
        <w:rPr>
          <w:rFonts w:asciiTheme="majorHAnsi" w:hAnsiTheme="majorHAnsi" w:cstheme="majorHAnsi"/>
          <w:lang w:val="pt-BR"/>
        </w:rPr>
        <w:t>parágrafo</w:t>
      </w:r>
      <w:r w:rsidR="001C5913" w:rsidRPr="003B72C6">
        <w:rPr>
          <w:rFonts w:asciiTheme="majorHAnsi" w:hAnsiTheme="majorHAnsi" w:cstheme="majorHAnsi"/>
          <w:lang w:val="pt-BR"/>
        </w:rPr>
        <w:t xml:space="preserve"> para cada integrante (empresa</w:t>
      </w:r>
      <w:r w:rsidR="00A1711E" w:rsidRPr="003B72C6">
        <w:rPr>
          <w:rFonts w:asciiTheme="majorHAnsi" w:hAnsiTheme="majorHAnsi" w:cstheme="majorHAnsi"/>
          <w:lang w:val="pt-BR"/>
        </w:rPr>
        <w:t xml:space="preserve"> proponente</w:t>
      </w:r>
      <w:r w:rsidR="001C5913" w:rsidRPr="003B72C6">
        <w:rPr>
          <w:rFonts w:asciiTheme="majorHAnsi" w:hAnsiTheme="majorHAnsi" w:cstheme="majorHAnsi"/>
          <w:lang w:val="pt-BR"/>
        </w:rPr>
        <w:t>, indústria e outros parceiros).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2"/>
      </w:tblGrid>
      <w:tr w:rsidR="008B6CEB" w:rsidRPr="003B72C6" w14:paraId="10D41CDC" w14:textId="77777777" w:rsidTr="005708DD">
        <w:trPr>
          <w:jc w:val="center"/>
        </w:trPr>
        <w:tc>
          <w:tcPr>
            <w:tcW w:w="9072" w:type="dxa"/>
            <w:shd w:val="clear" w:color="auto" w:fill="EEF5FA"/>
          </w:tcPr>
          <w:p w14:paraId="13968760" w14:textId="4EBFE24E" w:rsidR="008B6CEB" w:rsidRPr="003B72C6" w:rsidRDefault="008B6CEB" w:rsidP="008B6CEB">
            <w:pPr>
              <w:jc w:val="both"/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8B6CEB" w:rsidRPr="003B72C6" w14:paraId="74A75D18" w14:textId="77777777" w:rsidTr="005708DD">
        <w:trPr>
          <w:jc w:val="center"/>
        </w:trPr>
        <w:tc>
          <w:tcPr>
            <w:tcW w:w="9072" w:type="dxa"/>
          </w:tcPr>
          <w:p w14:paraId="7D12D814" w14:textId="77777777" w:rsidR="00515B40" w:rsidRPr="003B72C6" w:rsidRDefault="00515B4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5AA214E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0375FE0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FE8BDB1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3BA8933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63D321" w14:textId="51D2730A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2499CD0" w14:textId="3BBE7439" w:rsidR="00515B40" w:rsidRPr="003B72C6" w:rsidRDefault="00483E00" w:rsidP="00186D9E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lastRenderedPageBreak/>
        <w:t>JUSTIFICATIVA</w:t>
      </w:r>
    </w:p>
    <w:p w14:paraId="1309A422" w14:textId="5E093C17" w:rsidR="007B5585" w:rsidRPr="003B72C6" w:rsidRDefault="007B5585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Apresente o contexto do projeto e descreva claramente o problema que motivou a proposta, demonstrando sua relevância para a indústria parceira e seus trabalhadores. Sempre que possível, utilize dados, indicadores, estudos ou outras evidências para caracterizar o problema, seus impactos, as limitações das soluções atualmente existentes e a oportunidade de inovação identificada. Explique como a solução proposta contribuirá para enfrentar os desafios da Chamada e atender às necessidades da indústria parceira.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2"/>
      </w:tblGrid>
      <w:tr w:rsidR="00515B40" w:rsidRPr="003B72C6" w14:paraId="764261A1" w14:textId="77777777" w:rsidTr="005708DD">
        <w:trPr>
          <w:jc w:val="center"/>
        </w:trPr>
        <w:tc>
          <w:tcPr>
            <w:tcW w:w="9072" w:type="dxa"/>
            <w:shd w:val="clear" w:color="auto" w:fill="EEF5FA"/>
          </w:tcPr>
          <w:p w14:paraId="03BC9F92" w14:textId="4DD05056" w:rsidR="00515B40" w:rsidRPr="003B72C6" w:rsidRDefault="00515B40" w:rsidP="0096200B">
            <w:pPr>
              <w:jc w:val="both"/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515B40" w:rsidRPr="003B72C6" w14:paraId="31258ED5" w14:textId="77777777" w:rsidTr="005708DD">
        <w:trPr>
          <w:jc w:val="center"/>
        </w:trPr>
        <w:tc>
          <w:tcPr>
            <w:tcW w:w="9072" w:type="dxa"/>
          </w:tcPr>
          <w:p w14:paraId="162E4983" w14:textId="19A18AC1" w:rsidR="00166270" w:rsidRPr="003B72C6" w:rsidRDefault="00515B40" w:rsidP="0016627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  <w:p w14:paraId="6BA8432A" w14:textId="29D78CAB" w:rsidR="00515B40" w:rsidRPr="003B72C6" w:rsidRDefault="00515B4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</w:tbl>
    <w:p w14:paraId="4B49BB41" w14:textId="77777777" w:rsidR="00515B40" w:rsidRPr="003B72C6" w:rsidRDefault="00515B40" w:rsidP="00515B40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2A50289D" w14:textId="2C020014" w:rsidR="00515B40" w:rsidRPr="003B72C6" w:rsidRDefault="00483E00" w:rsidP="00186D9E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PÚBLICO-ALVO E BENEFICIÁRIOS</w:t>
      </w:r>
    </w:p>
    <w:p w14:paraId="6032C5CE" w14:textId="6827D566" w:rsidR="00515B40" w:rsidRPr="003B72C6" w:rsidRDefault="001C5913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Descreva o público-alvo da solução, identificando quem a utilizará e quem será beneficiado direta e indiretamente com sua implementação. Caracterize os principais usuários e beneficiários, informando, quando aplicável, os setores, áreas, processos, atividades ou perfis de trabalhadores aos quais a solução se destina, bem como a estimativa do público a ser atendido.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2"/>
      </w:tblGrid>
      <w:tr w:rsidR="00515B40" w:rsidRPr="003B72C6" w14:paraId="7A212FEA" w14:textId="77777777" w:rsidTr="005708DD">
        <w:trPr>
          <w:jc w:val="center"/>
        </w:trPr>
        <w:tc>
          <w:tcPr>
            <w:tcW w:w="9072" w:type="dxa"/>
            <w:shd w:val="clear" w:color="auto" w:fill="EEF5FA"/>
          </w:tcPr>
          <w:p w14:paraId="16DB6793" w14:textId="77777777" w:rsidR="00515B40" w:rsidRPr="003B72C6" w:rsidRDefault="00515B40" w:rsidP="0096200B">
            <w:pPr>
              <w:jc w:val="both"/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515B40" w:rsidRPr="003B72C6" w14:paraId="138CD4E3" w14:textId="77777777" w:rsidTr="005708DD">
        <w:trPr>
          <w:jc w:val="center"/>
        </w:trPr>
        <w:tc>
          <w:tcPr>
            <w:tcW w:w="9072" w:type="dxa"/>
          </w:tcPr>
          <w:p w14:paraId="34FC7B3C" w14:textId="77777777" w:rsidR="00515B40" w:rsidRPr="003B72C6" w:rsidRDefault="00515B4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36C2B04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93358B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6382914" w14:textId="149F5F76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6BB38AC" w14:textId="77777777" w:rsidR="00841C76" w:rsidRPr="003B72C6" w:rsidRDefault="00841C76" w:rsidP="00515B40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2CFE5471" w14:textId="54A8D707" w:rsidR="00515B40" w:rsidRPr="003B72C6" w:rsidRDefault="00483E00" w:rsidP="00186D9E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SOLUÇÃO PROPOSTA</w:t>
      </w:r>
    </w:p>
    <w:p w14:paraId="33FA3896" w14:textId="04F613E2" w:rsidR="00515B40" w:rsidRPr="003B72C6" w:rsidRDefault="00EB6773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 xml:space="preserve">Descreva as principais características, funcionalidades, componentes e forma de funcionamento da solução. Diferencie o que já existe do que será desenvolvido no projeto e apresente as tecnologias </w:t>
      </w:r>
      <w:r w:rsidR="00F42DCE" w:rsidRPr="003B72C6">
        <w:rPr>
          <w:rFonts w:asciiTheme="majorHAnsi" w:hAnsiTheme="majorHAnsi" w:cstheme="majorHAnsi"/>
          <w:lang w:val="pt-BR"/>
        </w:rPr>
        <w:t xml:space="preserve">que serão </w:t>
      </w:r>
      <w:r w:rsidRPr="003B72C6">
        <w:rPr>
          <w:rFonts w:asciiTheme="majorHAnsi" w:hAnsiTheme="majorHAnsi" w:cstheme="majorHAnsi"/>
          <w:lang w:val="pt-BR"/>
        </w:rPr>
        <w:t>utilizadas.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2"/>
      </w:tblGrid>
      <w:tr w:rsidR="00515B40" w:rsidRPr="003B72C6" w14:paraId="05B12786" w14:textId="77777777" w:rsidTr="005708DD">
        <w:trPr>
          <w:jc w:val="center"/>
        </w:trPr>
        <w:tc>
          <w:tcPr>
            <w:tcW w:w="9072" w:type="dxa"/>
            <w:shd w:val="clear" w:color="auto" w:fill="EEF5FA"/>
          </w:tcPr>
          <w:p w14:paraId="21599B8D" w14:textId="77777777" w:rsidR="00515B40" w:rsidRPr="003B72C6" w:rsidRDefault="00515B40" w:rsidP="0096200B">
            <w:pPr>
              <w:jc w:val="both"/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515B40" w:rsidRPr="003B72C6" w14:paraId="2ED8D3D8" w14:textId="77777777" w:rsidTr="005708DD">
        <w:trPr>
          <w:jc w:val="center"/>
        </w:trPr>
        <w:tc>
          <w:tcPr>
            <w:tcW w:w="9072" w:type="dxa"/>
          </w:tcPr>
          <w:p w14:paraId="6F7537B3" w14:textId="77777777" w:rsidR="00841C76" w:rsidRPr="003B72C6" w:rsidRDefault="00841C76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6744B56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8B23188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3D35E2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75DA8E7" w14:textId="77777777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845F51A" w14:textId="377E3868" w:rsidR="00166270" w:rsidRPr="003B72C6" w:rsidRDefault="00166270" w:rsidP="0016627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0A099D1" w14:textId="77777777" w:rsidR="00515B40" w:rsidRPr="003B72C6" w:rsidRDefault="00515B40" w:rsidP="00515B40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478BF152" w14:textId="640E3994" w:rsidR="005C5059" w:rsidRPr="003B72C6" w:rsidRDefault="00E3069A" w:rsidP="00EB6773">
      <w:pPr>
        <w:pStyle w:val="Ttulo1"/>
        <w:numPr>
          <w:ilvl w:val="1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 xml:space="preserve">Maturidade Tecnológica - </w:t>
      </w:r>
      <w:r w:rsidR="000F6613" w:rsidRPr="003B72C6">
        <w:rPr>
          <w:rFonts w:cstheme="majorHAnsi"/>
          <w:color w:val="2F75B5"/>
          <w:sz w:val="24"/>
          <w:szCs w:val="24"/>
        </w:rPr>
        <w:t>TRL</w:t>
      </w:r>
    </w:p>
    <w:p w14:paraId="2D78330F" w14:textId="4DE31B31" w:rsidR="00715318" w:rsidRPr="003B72C6" w:rsidRDefault="00FC423F" w:rsidP="00885F7F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 xml:space="preserve">Informe o TRL inicial, sua justificativa e o TRL pretendido ao final da execução </w:t>
      </w:r>
      <w:r w:rsidR="0044218D" w:rsidRPr="003B72C6">
        <w:rPr>
          <w:rFonts w:asciiTheme="majorHAnsi" w:hAnsiTheme="majorHAnsi" w:cstheme="majorHAnsi"/>
          <w:lang w:val="pt-BR"/>
        </w:rPr>
        <w:t>—</w:t>
      </w:r>
      <w:r w:rsidRPr="003B72C6">
        <w:rPr>
          <w:rFonts w:asciiTheme="majorHAnsi" w:hAnsiTheme="majorHAnsi" w:cstheme="majorHAnsi"/>
          <w:lang w:val="pt-BR"/>
        </w:rPr>
        <w:t xml:space="preserve"> O TRL inicial da solução deverá ser igual ou inferior ao TRL 3. Ao final do projeto, a solução deverá alcançar, no mínimo, o TRL 7. </w:t>
      </w:r>
    </w:p>
    <w:tbl>
      <w:tblPr>
        <w:tblW w:w="9227" w:type="dxa"/>
        <w:jc w:val="center"/>
        <w:tblLayout w:type="fixed"/>
        <w:tblLook w:val="04A0" w:firstRow="1" w:lastRow="0" w:firstColumn="1" w:lastColumn="0" w:noHBand="0" w:noVBand="1"/>
      </w:tblPr>
      <w:tblGrid>
        <w:gridCol w:w="2922"/>
        <w:gridCol w:w="6305"/>
      </w:tblGrid>
      <w:tr w:rsidR="00641D88" w:rsidRPr="003B72C6" w14:paraId="75289BDF" w14:textId="77777777" w:rsidTr="00CC0FF4">
        <w:trPr>
          <w:jc w:val="center"/>
        </w:trPr>
        <w:tc>
          <w:tcPr>
            <w:tcW w:w="29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D53B0" w14:textId="77777777" w:rsidR="00641D88" w:rsidRPr="003B72C6" w:rsidRDefault="00641D88" w:rsidP="00CC0FF4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TRL inicial</w:t>
            </w:r>
          </w:p>
        </w:tc>
        <w:tc>
          <w:tcPr>
            <w:tcW w:w="63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A07802" w14:textId="52E22292" w:rsidR="00641D88" w:rsidRPr="003B72C6" w:rsidRDefault="00641D88" w:rsidP="003C272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641D88" w:rsidRPr="003B72C6" w14:paraId="5B5B0E6C" w14:textId="77777777" w:rsidTr="00CC0FF4">
        <w:trPr>
          <w:jc w:val="center"/>
        </w:trPr>
        <w:tc>
          <w:tcPr>
            <w:tcW w:w="29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F0AE3A" w14:textId="77777777" w:rsidR="00641D88" w:rsidRPr="003B72C6" w:rsidRDefault="00641D88" w:rsidP="00CC0FF4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lastRenderedPageBreak/>
              <w:t>Justificativa/evidências do TRL inicial</w:t>
            </w:r>
          </w:p>
        </w:tc>
        <w:tc>
          <w:tcPr>
            <w:tcW w:w="63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8B66B" w14:textId="77777777" w:rsidR="00641D88" w:rsidRPr="003B72C6" w:rsidRDefault="00641D88" w:rsidP="003C272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641D88" w:rsidRPr="003B72C6" w14:paraId="0D9E980C" w14:textId="77777777" w:rsidTr="00CC0FF4">
        <w:trPr>
          <w:jc w:val="center"/>
        </w:trPr>
        <w:tc>
          <w:tcPr>
            <w:tcW w:w="29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52046" w14:textId="77777777" w:rsidR="00641D88" w:rsidRPr="003B72C6" w:rsidRDefault="00641D88" w:rsidP="00CC0FF4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TRL final pretendido</w:t>
            </w:r>
          </w:p>
        </w:tc>
        <w:tc>
          <w:tcPr>
            <w:tcW w:w="63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F3EB82" w14:textId="48552DFB" w:rsidR="00641D88" w:rsidRPr="003B72C6" w:rsidRDefault="00641D88" w:rsidP="003C272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641D88" w:rsidRPr="003B72C6" w14:paraId="7B79DC18" w14:textId="77777777" w:rsidTr="00CC0FF4">
        <w:trPr>
          <w:jc w:val="center"/>
        </w:trPr>
        <w:tc>
          <w:tcPr>
            <w:tcW w:w="29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BB238" w14:textId="77777777" w:rsidR="00641D88" w:rsidRPr="003B72C6" w:rsidRDefault="00641D88" w:rsidP="00CC0FF4">
            <w:pPr>
              <w:spacing w:before="40" w:after="40" w:line="240" w:lineRule="auto"/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Evidência esperada para comprovação do TRL final</w:t>
            </w:r>
          </w:p>
        </w:tc>
        <w:tc>
          <w:tcPr>
            <w:tcW w:w="63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30C81D" w14:textId="77777777" w:rsidR="00641D88" w:rsidRPr="003B72C6" w:rsidRDefault="00641D88" w:rsidP="003C272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22CD4A55" w14:textId="77777777" w:rsidR="00717819" w:rsidRPr="003B72C6" w:rsidRDefault="00717819" w:rsidP="00C12D27">
      <w:pPr>
        <w:rPr>
          <w:rFonts w:asciiTheme="majorHAnsi" w:hAnsiTheme="majorHAnsi" w:cstheme="majorHAnsi"/>
          <w:b/>
          <w:bCs/>
          <w:color w:val="2F75B5"/>
        </w:rPr>
      </w:pPr>
    </w:p>
    <w:p w14:paraId="18BAC0FE" w14:textId="5B4F9C8A" w:rsidR="00AF6F78" w:rsidRPr="003B72C6" w:rsidRDefault="00841C76" w:rsidP="00C91D46">
      <w:pPr>
        <w:pStyle w:val="Ttulo1"/>
        <w:numPr>
          <w:ilvl w:val="1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 xml:space="preserve">Grau de Inovação </w:t>
      </w:r>
      <w:r w:rsidR="00CC0FF4" w:rsidRPr="003B72C6">
        <w:rPr>
          <w:rFonts w:cstheme="majorHAnsi"/>
          <w:color w:val="2F75B5"/>
          <w:sz w:val="24"/>
          <w:szCs w:val="24"/>
        </w:rPr>
        <w:t>da Solução</w:t>
      </w:r>
    </w:p>
    <w:p w14:paraId="4F8A9CB3" w14:textId="36FDC5B4" w:rsidR="00AF6F78" w:rsidRPr="003B72C6" w:rsidRDefault="001C5913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Assinale a alternativa que melhor representa o grau de inovação da solução proposta, considerando o maior nível de novidade que possa ser comprovado</w:t>
      </w:r>
      <w:r w:rsidR="005A6770" w:rsidRPr="003B72C6">
        <w:rPr>
          <w:rFonts w:asciiTheme="majorHAnsi" w:hAnsiTheme="majorHAnsi" w:cstheme="majorHAnsi"/>
          <w:lang w:val="pt-BR"/>
        </w:rPr>
        <w:t xml:space="preserve"> e justifique sua resposta.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12"/>
        <w:gridCol w:w="6920"/>
      </w:tblGrid>
      <w:tr w:rsidR="00D75203" w:rsidRPr="003B72C6" w14:paraId="32DDF59A" w14:textId="2DD9AAED" w:rsidTr="00CB4E1C">
        <w:trPr>
          <w:jc w:val="center"/>
        </w:trPr>
        <w:tc>
          <w:tcPr>
            <w:tcW w:w="2312" w:type="dxa"/>
            <w:vMerge w:val="restart"/>
            <w:shd w:val="clear" w:color="auto" w:fill="EEF5FA"/>
            <w:vAlign w:val="center"/>
          </w:tcPr>
          <w:p w14:paraId="7C5421DE" w14:textId="23D13814" w:rsidR="00D75203" w:rsidRPr="003B72C6" w:rsidRDefault="00D7520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Grau de Inov</w:t>
            </w:r>
            <w:r w:rsidR="006F3C53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ação</w:t>
            </w:r>
          </w:p>
        </w:tc>
        <w:tc>
          <w:tcPr>
            <w:tcW w:w="6920" w:type="dxa"/>
            <w:tcBorders>
              <w:bottom w:val="nil"/>
            </w:tcBorders>
          </w:tcPr>
          <w:p w14:paraId="42A44453" w14:textId="69173C49" w:rsidR="00D75203" w:rsidRPr="003B72C6" w:rsidRDefault="00D75203" w:rsidP="00D752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Novo para a empresa/indústria  </w:t>
            </w:r>
          </w:p>
        </w:tc>
      </w:tr>
      <w:tr w:rsidR="00D75203" w:rsidRPr="003B72C6" w14:paraId="176A9D5B" w14:textId="1CBB351D" w:rsidTr="00CB4E1C">
        <w:trPr>
          <w:jc w:val="center"/>
        </w:trPr>
        <w:tc>
          <w:tcPr>
            <w:tcW w:w="2312" w:type="dxa"/>
            <w:vMerge/>
            <w:shd w:val="clear" w:color="auto" w:fill="EEF5FA"/>
            <w:vAlign w:val="center"/>
          </w:tcPr>
          <w:p w14:paraId="0DF2A7F8" w14:textId="51C38C6B" w:rsidR="00D75203" w:rsidRPr="003B72C6" w:rsidRDefault="00D7520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bottom w:val="nil"/>
            </w:tcBorders>
          </w:tcPr>
          <w:p w14:paraId="31229994" w14:textId="0CD59C06" w:rsidR="00D75203" w:rsidRPr="003B72C6" w:rsidRDefault="00D22FFD" w:rsidP="00D752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99444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203" w:rsidRPr="003B72C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75203"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Novo para a região em que está inserida</w:t>
            </w:r>
          </w:p>
        </w:tc>
      </w:tr>
      <w:tr w:rsidR="00D75203" w:rsidRPr="003B72C6" w14:paraId="11E88ADB" w14:textId="6432C7C6" w:rsidTr="00CB4E1C">
        <w:trPr>
          <w:jc w:val="center"/>
        </w:trPr>
        <w:tc>
          <w:tcPr>
            <w:tcW w:w="2312" w:type="dxa"/>
            <w:vMerge/>
            <w:shd w:val="clear" w:color="auto" w:fill="EEF5FA"/>
            <w:vAlign w:val="center"/>
          </w:tcPr>
          <w:p w14:paraId="0823D96F" w14:textId="4D14C0F7" w:rsidR="00D75203" w:rsidRPr="003B72C6" w:rsidRDefault="00D7520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bottom w:val="nil"/>
            </w:tcBorders>
          </w:tcPr>
          <w:p w14:paraId="62592B8C" w14:textId="79CF4773" w:rsidR="00D75203" w:rsidRPr="003B72C6" w:rsidRDefault="00D75203" w:rsidP="00D752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Novo para o Estado do Paraná</w:t>
            </w:r>
          </w:p>
        </w:tc>
      </w:tr>
      <w:tr w:rsidR="00D75203" w:rsidRPr="003B72C6" w14:paraId="05C124C1" w14:textId="52440133" w:rsidTr="00CB4E1C">
        <w:trPr>
          <w:jc w:val="center"/>
        </w:trPr>
        <w:tc>
          <w:tcPr>
            <w:tcW w:w="2312" w:type="dxa"/>
            <w:vMerge/>
            <w:shd w:val="clear" w:color="auto" w:fill="EEF5FA"/>
            <w:vAlign w:val="center"/>
          </w:tcPr>
          <w:p w14:paraId="2123A3BD" w14:textId="303B9481" w:rsidR="00D75203" w:rsidRPr="003B72C6" w:rsidRDefault="00D7520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bottom w:val="nil"/>
            </w:tcBorders>
          </w:tcPr>
          <w:p w14:paraId="6F4D5BA1" w14:textId="1FF50C9A" w:rsidR="00D75203" w:rsidRPr="003B72C6" w:rsidRDefault="00D75203" w:rsidP="00D752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Novo para o Brasil</w:t>
            </w:r>
          </w:p>
        </w:tc>
      </w:tr>
      <w:tr w:rsidR="00D75203" w:rsidRPr="003B72C6" w14:paraId="07D91E59" w14:textId="6AD2E1CC" w:rsidTr="00CB4E1C">
        <w:trPr>
          <w:jc w:val="center"/>
        </w:trPr>
        <w:tc>
          <w:tcPr>
            <w:tcW w:w="2312" w:type="dxa"/>
            <w:vMerge/>
            <w:shd w:val="clear" w:color="auto" w:fill="EEF5FA"/>
            <w:vAlign w:val="center"/>
          </w:tcPr>
          <w:p w14:paraId="5DABBDED" w14:textId="78BCEB5B" w:rsidR="00D75203" w:rsidRPr="003B72C6" w:rsidRDefault="00D7520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</w:tcBorders>
          </w:tcPr>
          <w:p w14:paraId="20A227AF" w14:textId="16F1334F" w:rsidR="00D75203" w:rsidRPr="003B72C6" w:rsidRDefault="00D75203" w:rsidP="00D752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 Novo para o mercado internacional (mundo)</w:t>
            </w:r>
          </w:p>
        </w:tc>
      </w:tr>
      <w:tr w:rsidR="006F3C53" w:rsidRPr="003B72C6" w14:paraId="170A5F40" w14:textId="77777777" w:rsidTr="00166827">
        <w:trPr>
          <w:jc w:val="center"/>
        </w:trPr>
        <w:tc>
          <w:tcPr>
            <w:tcW w:w="2312" w:type="dxa"/>
            <w:shd w:val="clear" w:color="auto" w:fill="EEF5FA"/>
            <w:vAlign w:val="center"/>
          </w:tcPr>
          <w:p w14:paraId="36215CDE" w14:textId="3B9F4E3D" w:rsidR="006F3C53" w:rsidRPr="003B72C6" w:rsidRDefault="006F3C53" w:rsidP="004109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Justifique</w:t>
            </w:r>
            <w:r w:rsidR="00D10396"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:</w:t>
            </w:r>
          </w:p>
        </w:tc>
        <w:tc>
          <w:tcPr>
            <w:tcW w:w="6920" w:type="dxa"/>
          </w:tcPr>
          <w:p w14:paraId="6D43A525" w14:textId="77777777" w:rsidR="006F3C53" w:rsidRPr="003B72C6" w:rsidRDefault="006F3C53" w:rsidP="006F3C5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321D59" w14:textId="77777777" w:rsidR="00096206" w:rsidRPr="003B72C6" w:rsidRDefault="00096206" w:rsidP="006F3C5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8F4811F" w14:textId="77777777" w:rsidR="00096206" w:rsidRPr="003B72C6" w:rsidRDefault="00096206" w:rsidP="006F3C5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19F37AA" w14:textId="77777777" w:rsidR="00841C76" w:rsidRPr="003B72C6" w:rsidRDefault="00841C76" w:rsidP="00841C76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0FF4BA80" w14:textId="765A3593" w:rsidR="00AF6F78" w:rsidRPr="003B72C6" w:rsidRDefault="00483E00" w:rsidP="00C91D46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OBJETIVOS</w:t>
      </w:r>
      <w:r w:rsidR="009D1C15" w:rsidRPr="003B72C6">
        <w:rPr>
          <w:rFonts w:cstheme="majorHAnsi"/>
          <w:color w:val="2F75B5"/>
          <w:sz w:val="24"/>
          <w:szCs w:val="24"/>
        </w:rPr>
        <w:t xml:space="preserve"> DO PROJETO</w:t>
      </w:r>
    </w:p>
    <w:p w14:paraId="05BB254F" w14:textId="7D03E88F" w:rsidR="00841C76" w:rsidRPr="003B72C6" w:rsidRDefault="006F5726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O objetivo geral representa a finalidade do projeto e expressa o que se pretende alcançar ao final de sua execução. Descreva-o de forma clara, mensurável, exequível e alinhada ao problema identificado e à solução proposta.</w:t>
      </w:r>
    </w:p>
    <w:p w14:paraId="74C1ED95" w14:textId="4EC457E7" w:rsidR="009D1C15" w:rsidRPr="003B72C6" w:rsidRDefault="009D1C15" w:rsidP="001C5913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Os objetivos específicos representam os resultados parciais necessários para o alcance do objetivo geral. Descreva-os de forma clara, mensurável e compatível com o escopo e o prazo de execução do projeto. Escreva um objetivo específico por linha e acrescente novas linhas, se necessário.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84"/>
      </w:tblGrid>
      <w:tr w:rsidR="00841C76" w:rsidRPr="003B72C6" w14:paraId="5C5343AD" w14:textId="77777777" w:rsidTr="009F3A84">
        <w:trPr>
          <w:jc w:val="center"/>
        </w:trPr>
        <w:tc>
          <w:tcPr>
            <w:tcW w:w="9284" w:type="dxa"/>
            <w:shd w:val="clear" w:color="auto" w:fill="EEF5FA"/>
          </w:tcPr>
          <w:p w14:paraId="7792F879" w14:textId="71E5A095" w:rsidR="00841C76" w:rsidRPr="003B72C6" w:rsidRDefault="00841C76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OBJETIVO GERAL</w:t>
            </w:r>
          </w:p>
        </w:tc>
      </w:tr>
      <w:tr w:rsidR="00841C76" w:rsidRPr="003B72C6" w14:paraId="7EB0CCF0" w14:textId="77777777" w:rsidTr="009F3A84">
        <w:trPr>
          <w:jc w:val="center"/>
        </w:trPr>
        <w:tc>
          <w:tcPr>
            <w:tcW w:w="9284" w:type="dxa"/>
          </w:tcPr>
          <w:p w14:paraId="0158184C" w14:textId="77777777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BA8C3EC" w14:textId="77777777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7103F0" w14:textId="77777777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41C76" w:rsidRPr="003B72C6" w14:paraId="132F7D4E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  <w:shd w:val="clear" w:color="auto" w:fill="EEF5FA"/>
          </w:tcPr>
          <w:p w14:paraId="6A712F46" w14:textId="6AED1D0F" w:rsidR="00841C76" w:rsidRPr="003B72C6" w:rsidRDefault="00841C76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OBJETIVOS ESPECÍFICOS</w:t>
            </w:r>
          </w:p>
        </w:tc>
      </w:tr>
      <w:tr w:rsidR="00841C76" w:rsidRPr="003B72C6" w14:paraId="3624FEB0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</w:tcPr>
          <w:p w14:paraId="57E2E2D6" w14:textId="1FE1E1EC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</w:tr>
      <w:tr w:rsidR="00841C76" w:rsidRPr="003B72C6" w14:paraId="2581395F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</w:tcPr>
          <w:p w14:paraId="32092FF3" w14:textId="4D1F6A65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</w:tr>
      <w:tr w:rsidR="00841C76" w:rsidRPr="003B72C6" w14:paraId="6208DE35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</w:tcPr>
          <w:p w14:paraId="2D66F66F" w14:textId="70ED9595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</w:tr>
      <w:tr w:rsidR="00841C76" w:rsidRPr="003B72C6" w14:paraId="5BA8AC80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</w:tcPr>
          <w:p w14:paraId="092B42A7" w14:textId="0AD61E15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</w:tr>
      <w:tr w:rsidR="00841C76" w:rsidRPr="003B72C6" w14:paraId="2850361F" w14:textId="77777777" w:rsidTr="009F3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284" w:type="dxa"/>
          </w:tcPr>
          <w:p w14:paraId="704BD5A6" w14:textId="50B0B4A5" w:rsidR="00841C76" w:rsidRPr="003B72C6" w:rsidRDefault="00841C76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[…]</w:t>
            </w:r>
          </w:p>
        </w:tc>
      </w:tr>
    </w:tbl>
    <w:p w14:paraId="254B88FA" w14:textId="77777777" w:rsidR="00841C76" w:rsidRPr="003B72C6" w:rsidRDefault="00841C76" w:rsidP="00841C76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66AE18DE" w14:textId="73140ADA" w:rsidR="0092569D" w:rsidRPr="003B72C6" w:rsidRDefault="0092569D" w:rsidP="00A26165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lastRenderedPageBreak/>
        <w:t>METODOLOGIA</w:t>
      </w:r>
    </w:p>
    <w:p w14:paraId="3FFCEE3D" w14:textId="6A22270F" w:rsidR="0092569D" w:rsidRPr="003B72C6" w:rsidRDefault="0018183D" w:rsidP="0092569D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 xml:space="preserve">Descreva a abordagem metodológica que será adotada para a execução do projeto, indicando as principais etapas de desenvolvimento, validação e implementação da solução, bem como os métodos, técnicas, tecnologias e ferramentas que serão empregados.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92569D" w:rsidRPr="003B72C6" w14:paraId="43275D5C" w14:textId="77777777" w:rsidTr="009F3A84">
        <w:trPr>
          <w:jc w:val="center"/>
        </w:trPr>
        <w:tc>
          <w:tcPr>
            <w:tcW w:w="9390" w:type="dxa"/>
            <w:shd w:val="clear" w:color="auto" w:fill="EEF5FA"/>
          </w:tcPr>
          <w:p w14:paraId="654C8215" w14:textId="1F010EB5" w:rsidR="0092569D" w:rsidRPr="003B72C6" w:rsidRDefault="0092569D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92569D" w:rsidRPr="003B72C6" w14:paraId="135665B9" w14:textId="77777777" w:rsidTr="009F3A84">
        <w:trPr>
          <w:jc w:val="center"/>
        </w:trPr>
        <w:tc>
          <w:tcPr>
            <w:tcW w:w="9390" w:type="dxa"/>
          </w:tcPr>
          <w:p w14:paraId="3464E390" w14:textId="77777777" w:rsidR="0092569D" w:rsidRPr="003B72C6" w:rsidRDefault="0092569D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D6E2996" w14:textId="77777777" w:rsidR="009F3A84" w:rsidRPr="003B72C6" w:rsidRDefault="009F3A84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C37640" w14:textId="77777777" w:rsidR="009F3A84" w:rsidRPr="003B72C6" w:rsidRDefault="009F3A84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8356451" w14:textId="67C6C626" w:rsidR="009F3A84" w:rsidRPr="003B72C6" w:rsidRDefault="009F3A84" w:rsidP="0096200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7FEF0FA" w14:textId="77777777" w:rsidR="0092569D" w:rsidRPr="003B72C6" w:rsidRDefault="0092569D" w:rsidP="0092569D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3D7BAFC4" w14:textId="47A71835" w:rsidR="0018183D" w:rsidRPr="003B72C6" w:rsidRDefault="00ED2161" w:rsidP="0054482F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ENTREGAS, ATIVIDADES E RESPONSABILIDADES</w:t>
      </w:r>
    </w:p>
    <w:p w14:paraId="2C3947FE" w14:textId="2E61231A" w:rsidR="0092569D" w:rsidRPr="003B72C6" w:rsidRDefault="00913912" w:rsidP="00ED2161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Relacionar as principais etapas</w:t>
      </w:r>
      <w:r w:rsidR="00B012B0" w:rsidRPr="003B72C6">
        <w:rPr>
          <w:rFonts w:asciiTheme="majorHAnsi" w:hAnsiTheme="majorHAnsi" w:cstheme="majorHAnsi"/>
          <w:lang w:val="pt-BR"/>
        </w:rPr>
        <w:t>/atividades</w:t>
      </w:r>
      <w:r w:rsidRPr="003B72C6">
        <w:rPr>
          <w:rFonts w:asciiTheme="majorHAnsi" w:hAnsiTheme="majorHAnsi" w:cstheme="majorHAnsi"/>
          <w:lang w:val="pt-BR"/>
        </w:rPr>
        <w:t xml:space="preserve"> e entregas previstas para o desenvolvimento do projeto</w:t>
      </w:r>
      <w:r w:rsidR="00EC6151" w:rsidRPr="003B72C6">
        <w:rPr>
          <w:rFonts w:asciiTheme="majorHAnsi" w:hAnsiTheme="majorHAnsi" w:cstheme="majorHAnsi"/>
          <w:lang w:val="pt-BR"/>
        </w:rPr>
        <w:t>, bem como</w:t>
      </w:r>
      <w:r w:rsidRPr="003B72C6">
        <w:rPr>
          <w:rFonts w:asciiTheme="majorHAnsi" w:hAnsiTheme="majorHAnsi" w:cstheme="majorHAnsi"/>
          <w:lang w:val="pt-BR"/>
        </w:rPr>
        <w:t xml:space="preserve"> a organização responsável por sua execução.</w:t>
      </w:r>
    </w:p>
    <w:tbl>
      <w:tblPr>
        <w:tblStyle w:val="Tabelacomgrade1"/>
        <w:tblW w:w="0" w:type="auto"/>
        <w:tblInd w:w="108" w:type="dxa"/>
        <w:tblLook w:val="04A0" w:firstRow="1" w:lastRow="0" w:firstColumn="1" w:lastColumn="0" w:noHBand="0" w:noVBand="1"/>
      </w:tblPr>
      <w:tblGrid>
        <w:gridCol w:w="4200"/>
        <w:gridCol w:w="2656"/>
        <w:gridCol w:w="2386"/>
      </w:tblGrid>
      <w:tr w:rsidR="00FC4CE9" w:rsidRPr="003B72C6" w14:paraId="6075904A" w14:textId="2113F14C" w:rsidTr="0079000A">
        <w:tc>
          <w:tcPr>
            <w:tcW w:w="4253" w:type="dxa"/>
            <w:shd w:val="clear" w:color="auto" w:fill="EEF5FA"/>
            <w:vAlign w:val="center"/>
          </w:tcPr>
          <w:p w14:paraId="128B7C8A" w14:textId="2E51AE12" w:rsidR="00FC4CE9" w:rsidRPr="003B72C6" w:rsidRDefault="00FC4CE9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Etapas/atividades</w:t>
            </w:r>
          </w:p>
        </w:tc>
        <w:tc>
          <w:tcPr>
            <w:tcW w:w="2693" w:type="dxa"/>
            <w:shd w:val="clear" w:color="auto" w:fill="EEF5FA"/>
            <w:vAlign w:val="center"/>
          </w:tcPr>
          <w:p w14:paraId="0C358537" w14:textId="5E5AD1A4" w:rsidR="00FC4CE9" w:rsidRPr="003B72C6" w:rsidRDefault="00FC4CE9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Entregas</w:t>
            </w:r>
          </w:p>
        </w:tc>
        <w:tc>
          <w:tcPr>
            <w:tcW w:w="2410" w:type="dxa"/>
            <w:shd w:val="clear" w:color="auto" w:fill="EEF5FA"/>
          </w:tcPr>
          <w:p w14:paraId="351B1EBD" w14:textId="77777777" w:rsidR="00FC4CE9" w:rsidRPr="003B72C6" w:rsidRDefault="00FC4CE9" w:rsidP="0096200B">
            <w:pPr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  <w:t>Responsável</w:t>
            </w:r>
          </w:p>
          <w:p w14:paraId="151CA8E2" w14:textId="58867D12" w:rsidR="00FC4CE9" w:rsidRPr="003B72C6" w:rsidRDefault="00FC4CE9" w:rsidP="0096200B">
            <w:pPr>
              <w:rPr>
                <w:rFonts w:asciiTheme="majorHAnsi" w:hAnsiTheme="majorHAnsi" w:cstheme="majorHAnsi"/>
                <w:color w:val="1F4E79"/>
                <w:sz w:val="16"/>
                <w:szCs w:val="16"/>
              </w:rPr>
            </w:pPr>
            <w:r w:rsidRPr="003B72C6">
              <w:rPr>
                <w:rFonts w:asciiTheme="majorHAnsi" w:hAnsiTheme="majorHAnsi" w:cstheme="majorHAnsi"/>
                <w:color w:val="1F4E79"/>
                <w:sz w:val="16"/>
                <w:szCs w:val="16"/>
              </w:rPr>
              <w:t>(empresa proponente, indústria parceira, parceiros opcionais)</w:t>
            </w:r>
          </w:p>
        </w:tc>
      </w:tr>
      <w:tr w:rsidR="00FC4CE9" w:rsidRPr="003B72C6" w14:paraId="0BEB208D" w14:textId="0787A964" w:rsidTr="0054482F">
        <w:tc>
          <w:tcPr>
            <w:tcW w:w="4253" w:type="dxa"/>
            <w:vAlign w:val="center"/>
          </w:tcPr>
          <w:p w14:paraId="192D51F5" w14:textId="5043CB90" w:rsidR="00FC4CE9" w:rsidRPr="003B72C6" w:rsidRDefault="00FC4CE9" w:rsidP="00975980">
            <w:pPr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2693" w:type="dxa"/>
          </w:tcPr>
          <w:p w14:paraId="2374F38D" w14:textId="60C85054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A7A1925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FC4CE9" w:rsidRPr="003B72C6" w14:paraId="41FEC5A4" w14:textId="3923AD02" w:rsidTr="0054482F">
        <w:tc>
          <w:tcPr>
            <w:tcW w:w="4253" w:type="dxa"/>
            <w:vAlign w:val="center"/>
          </w:tcPr>
          <w:p w14:paraId="2375D037" w14:textId="53E538EA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2.1</w:t>
            </w:r>
          </w:p>
        </w:tc>
        <w:tc>
          <w:tcPr>
            <w:tcW w:w="2693" w:type="dxa"/>
          </w:tcPr>
          <w:p w14:paraId="79C188DF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8B0F647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</w:tr>
      <w:tr w:rsidR="00FC4CE9" w:rsidRPr="003B72C6" w14:paraId="10D46BD6" w14:textId="77777777" w:rsidTr="0054482F">
        <w:tc>
          <w:tcPr>
            <w:tcW w:w="4253" w:type="dxa"/>
            <w:vAlign w:val="center"/>
          </w:tcPr>
          <w:p w14:paraId="6848D03D" w14:textId="1BC54E8A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3.1</w:t>
            </w:r>
          </w:p>
        </w:tc>
        <w:tc>
          <w:tcPr>
            <w:tcW w:w="2693" w:type="dxa"/>
          </w:tcPr>
          <w:p w14:paraId="4C69AF58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4F11C38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</w:tr>
      <w:tr w:rsidR="00FC4CE9" w:rsidRPr="003B72C6" w14:paraId="663C62C8" w14:textId="77777777" w:rsidTr="0054482F">
        <w:tc>
          <w:tcPr>
            <w:tcW w:w="4253" w:type="dxa"/>
            <w:vAlign w:val="center"/>
          </w:tcPr>
          <w:p w14:paraId="39ACC3F8" w14:textId="7B62BC53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[…]</w:t>
            </w:r>
          </w:p>
        </w:tc>
        <w:tc>
          <w:tcPr>
            <w:tcW w:w="2693" w:type="dxa"/>
          </w:tcPr>
          <w:p w14:paraId="33E6DE15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09744F0" w14:textId="77777777" w:rsidR="00FC4CE9" w:rsidRPr="003B72C6" w:rsidRDefault="00FC4CE9" w:rsidP="00975980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</w:tr>
    </w:tbl>
    <w:p w14:paraId="4F6C4189" w14:textId="77777777" w:rsidR="00907029" w:rsidRPr="003B72C6" w:rsidRDefault="00907029" w:rsidP="00907029">
      <w:pPr>
        <w:rPr>
          <w:rFonts w:asciiTheme="majorHAnsi" w:hAnsiTheme="majorHAnsi" w:cstheme="majorHAnsi"/>
          <w:b/>
          <w:bCs/>
          <w:color w:val="2F75B5"/>
        </w:rPr>
      </w:pPr>
    </w:p>
    <w:p w14:paraId="38864D26" w14:textId="778FDDA7" w:rsidR="00ED2161" w:rsidRPr="003B72C6" w:rsidRDefault="00ED2161" w:rsidP="00381860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CRONOGRAMA</w:t>
      </w:r>
    </w:p>
    <w:p w14:paraId="134A87DE" w14:textId="47574558" w:rsidR="00ED2161" w:rsidRPr="003B72C6" w:rsidRDefault="00156FBB" w:rsidP="007C59C4">
      <w:pPr>
        <w:pStyle w:val="Guidance"/>
        <w:keepNext/>
        <w:spacing w:before="200" w:after="200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Informar as principais etapas e atividades do projeto e indicar os respectivos períodos de execução ao longo do cronograma.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50"/>
        <w:gridCol w:w="422"/>
        <w:gridCol w:w="409"/>
        <w:gridCol w:w="409"/>
        <w:gridCol w:w="408"/>
        <w:gridCol w:w="408"/>
        <w:gridCol w:w="408"/>
        <w:gridCol w:w="408"/>
        <w:gridCol w:w="408"/>
        <w:gridCol w:w="408"/>
        <w:gridCol w:w="412"/>
        <w:gridCol w:w="412"/>
        <w:gridCol w:w="412"/>
        <w:gridCol w:w="396"/>
        <w:gridCol w:w="396"/>
        <w:gridCol w:w="396"/>
        <w:gridCol w:w="396"/>
        <w:gridCol w:w="396"/>
        <w:gridCol w:w="396"/>
      </w:tblGrid>
      <w:tr w:rsidR="00606E1F" w:rsidRPr="003B72C6" w14:paraId="2C155301" w14:textId="6F1C9F8C" w:rsidTr="000F4C56">
        <w:trPr>
          <w:jc w:val="center"/>
        </w:trPr>
        <w:tc>
          <w:tcPr>
            <w:tcW w:w="2063" w:type="dxa"/>
            <w:vMerge w:val="restart"/>
            <w:shd w:val="clear" w:color="auto" w:fill="EEF5FA"/>
            <w:vAlign w:val="center"/>
          </w:tcPr>
          <w:p w14:paraId="2D4B1A0E" w14:textId="39ED1233" w:rsidR="00606E1F" w:rsidRPr="003B72C6" w:rsidRDefault="00606E1F" w:rsidP="00975980">
            <w:pPr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Etapas/atividades</w:t>
            </w:r>
          </w:p>
        </w:tc>
        <w:tc>
          <w:tcPr>
            <w:tcW w:w="7351" w:type="dxa"/>
            <w:gridSpan w:val="18"/>
            <w:shd w:val="clear" w:color="auto" w:fill="EEF5FA"/>
            <w:vAlign w:val="center"/>
          </w:tcPr>
          <w:p w14:paraId="3821BE36" w14:textId="6302B71B" w:rsidR="00606E1F" w:rsidRPr="003B72C6" w:rsidRDefault="00606E1F" w:rsidP="00975980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MÊS</w:t>
            </w:r>
          </w:p>
        </w:tc>
      </w:tr>
      <w:tr w:rsidR="00606E1F" w:rsidRPr="003B72C6" w14:paraId="4F4480F6" w14:textId="77777777" w:rsidTr="000F4C56">
        <w:trPr>
          <w:jc w:val="center"/>
        </w:trPr>
        <w:tc>
          <w:tcPr>
            <w:tcW w:w="2063" w:type="dxa"/>
            <w:vMerge/>
            <w:shd w:val="clear" w:color="auto" w:fill="EEF5FA"/>
            <w:vAlign w:val="center"/>
          </w:tcPr>
          <w:p w14:paraId="73D0134C" w14:textId="77777777" w:rsidR="00606E1F" w:rsidRPr="003B72C6" w:rsidRDefault="00606E1F" w:rsidP="00606E1F">
            <w:pPr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26" w:type="dxa"/>
            <w:shd w:val="clear" w:color="auto" w:fill="EEF5FA"/>
            <w:vAlign w:val="center"/>
          </w:tcPr>
          <w:p w14:paraId="10812E6B" w14:textId="0CE37BDA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46DE7040" w14:textId="0E131A90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5E8515A0" w14:textId="0DEEBAEA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329B74D1" w14:textId="1A856A1E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10DD39AA" w14:textId="0B44C2D7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5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11F9EA07" w14:textId="67F35F96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3B93DC05" w14:textId="7EA6E125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7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326C7E9D" w14:textId="6318389B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8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07421BDD" w14:textId="33408F5D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9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0E33A410" w14:textId="4EC8C2B1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6E29A4D2" w14:textId="06E1ED53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11</w:t>
            </w:r>
          </w:p>
        </w:tc>
        <w:tc>
          <w:tcPr>
            <w:tcW w:w="413" w:type="dxa"/>
            <w:shd w:val="clear" w:color="auto" w:fill="EEF5FA"/>
            <w:vAlign w:val="center"/>
          </w:tcPr>
          <w:p w14:paraId="4EA4F02B" w14:textId="245A47A5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12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289E8068" w14:textId="367B4B26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13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63B0E700" w14:textId="32FED236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14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149AE74F" w14:textId="74D3408C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15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15A8824A" w14:textId="67604061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16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7C9B1A62" w14:textId="7292BD73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17</w:t>
            </w:r>
          </w:p>
        </w:tc>
        <w:tc>
          <w:tcPr>
            <w:tcW w:w="397" w:type="dxa"/>
            <w:shd w:val="clear" w:color="auto" w:fill="EEF5FA"/>
            <w:vAlign w:val="center"/>
          </w:tcPr>
          <w:p w14:paraId="65502912" w14:textId="027ADA6B" w:rsidR="00606E1F" w:rsidRPr="003B72C6" w:rsidRDefault="00606E1F" w:rsidP="00606E1F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16"/>
                <w:szCs w:val="16"/>
                <w14:ligatures w14:val="standardContextual"/>
              </w:rPr>
              <w:t>18</w:t>
            </w:r>
          </w:p>
        </w:tc>
      </w:tr>
      <w:tr w:rsidR="00975980" w:rsidRPr="003B72C6" w14:paraId="4CB444C7" w14:textId="27617C36" w:rsidTr="00582B80">
        <w:trPr>
          <w:jc w:val="center"/>
        </w:trPr>
        <w:tc>
          <w:tcPr>
            <w:tcW w:w="2063" w:type="dxa"/>
            <w:vAlign w:val="center"/>
          </w:tcPr>
          <w:p w14:paraId="491E05A2" w14:textId="77777777" w:rsidR="00975980" w:rsidRPr="003B72C6" w:rsidRDefault="00975980" w:rsidP="00975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426" w:type="dxa"/>
            <w:vAlign w:val="center"/>
          </w:tcPr>
          <w:p w14:paraId="1FCB0181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2648B91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7D36A690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4A0E8F6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E06BF5B" w14:textId="6B00151B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92D9D0B" w14:textId="6A20F93E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796B5AF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936778C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799511D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66DB73F2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249EBA06" w14:textId="0AAA100D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4A0569AF" w14:textId="71855F1C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0DFE2E5A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6B44DD1A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4BE3274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6467B4B9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798D11C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61E6F42A" w14:textId="1D34CF3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5980" w:rsidRPr="003B72C6" w14:paraId="3A13D31F" w14:textId="002BBDD2" w:rsidTr="00582B80">
        <w:trPr>
          <w:jc w:val="center"/>
        </w:trPr>
        <w:tc>
          <w:tcPr>
            <w:tcW w:w="2063" w:type="dxa"/>
            <w:vAlign w:val="center"/>
          </w:tcPr>
          <w:p w14:paraId="3ABF56D7" w14:textId="77777777" w:rsidR="00975980" w:rsidRPr="003B72C6" w:rsidRDefault="00975980" w:rsidP="00975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2.1</w:t>
            </w:r>
          </w:p>
        </w:tc>
        <w:tc>
          <w:tcPr>
            <w:tcW w:w="426" w:type="dxa"/>
            <w:vAlign w:val="center"/>
          </w:tcPr>
          <w:p w14:paraId="59735A0F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C0DAFEC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2A50267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F59EAAF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6E1676B4" w14:textId="7AFE2381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24CDB9B3" w14:textId="0FE8B939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FD9CAD5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96ED636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6C1C9C92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20AF8DC5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B207B27" w14:textId="22B5F46E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3952D721" w14:textId="43DB9CF0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47E2941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5A5918EA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271DB6E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39FF8DD8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1BF178F4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291DDC56" w14:textId="1F422718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5980" w:rsidRPr="003B72C6" w14:paraId="61B5CBBA" w14:textId="4ECB0F3A" w:rsidTr="00582B80">
        <w:trPr>
          <w:jc w:val="center"/>
        </w:trPr>
        <w:tc>
          <w:tcPr>
            <w:tcW w:w="2063" w:type="dxa"/>
            <w:vAlign w:val="center"/>
          </w:tcPr>
          <w:p w14:paraId="259726B4" w14:textId="77777777" w:rsidR="00975980" w:rsidRPr="003B72C6" w:rsidRDefault="00975980" w:rsidP="00975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3.1</w:t>
            </w:r>
          </w:p>
        </w:tc>
        <w:tc>
          <w:tcPr>
            <w:tcW w:w="426" w:type="dxa"/>
            <w:vAlign w:val="center"/>
          </w:tcPr>
          <w:p w14:paraId="32B48415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4BC0B5C7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9BD90F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86FE60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4311540" w14:textId="068C91AF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75204A5" w14:textId="455CCCFE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3106F7F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D39144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1CCC27C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74DFA32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ED32A30" w14:textId="65B07303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523BF86A" w14:textId="0DCE4FAC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727E68D4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768887AC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6EC9B8A8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4BBE09E1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548DD886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5F1401BB" w14:textId="6AEF1ED3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5980" w:rsidRPr="003B72C6" w14:paraId="2395BB00" w14:textId="2B2E337E" w:rsidTr="00582B80">
        <w:trPr>
          <w:jc w:val="center"/>
        </w:trPr>
        <w:tc>
          <w:tcPr>
            <w:tcW w:w="2063" w:type="dxa"/>
            <w:vAlign w:val="center"/>
          </w:tcPr>
          <w:p w14:paraId="16559AE1" w14:textId="77777777" w:rsidR="00975980" w:rsidRPr="003B72C6" w:rsidRDefault="00975980" w:rsidP="00975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[…]</w:t>
            </w:r>
          </w:p>
        </w:tc>
        <w:tc>
          <w:tcPr>
            <w:tcW w:w="426" w:type="dxa"/>
            <w:vAlign w:val="center"/>
          </w:tcPr>
          <w:p w14:paraId="6D236A53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47F49B1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78857F5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473D0D4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AD9E7EA" w14:textId="0B3482AB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DC3B911" w14:textId="08074B21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598FC893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70A51B55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0916826B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3F960422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</w:tcPr>
          <w:p w14:paraId="1653DCF5" w14:textId="59997EDF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" w:type="dxa"/>
            <w:vAlign w:val="center"/>
          </w:tcPr>
          <w:p w14:paraId="02B2E206" w14:textId="2827B4E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624BE91E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153B17AA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1707A097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1AA86D71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4A7B3E73" w14:textId="77777777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" w:type="dxa"/>
          </w:tcPr>
          <w:p w14:paraId="267A40BE" w14:textId="6E5231C3" w:rsidR="00975980" w:rsidRPr="003B72C6" w:rsidRDefault="00975980" w:rsidP="009759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B127177" w14:textId="77777777" w:rsidR="00907029" w:rsidRPr="003B72C6" w:rsidRDefault="00907029" w:rsidP="00907029">
      <w:pPr>
        <w:rPr>
          <w:rFonts w:asciiTheme="majorHAnsi" w:hAnsiTheme="majorHAnsi" w:cstheme="majorHAnsi"/>
          <w:b/>
          <w:bCs/>
          <w:color w:val="2F75B5"/>
        </w:rPr>
      </w:pPr>
    </w:p>
    <w:p w14:paraId="01E0718D" w14:textId="77777777" w:rsidR="008C0127" w:rsidRPr="003B72C6" w:rsidRDefault="008C0127" w:rsidP="008C0127">
      <w:pPr>
        <w:rPr>
          <w:rFonts w:asciiTheme="majorHAnsi" w:hAnsiTheme="majorHAnsi" w:cstheme="majorHAnsi"/>
          <w:b/>
          <w:bCs/>
          <w:color w:val="2F75B5"/>
        </w:rPr>
      </w:pPr>
    </w:p>
    <w:p w14:paraId="1A70D005" w14:textId="77777777" w:rsidR="008C0127" w:rsidRPr="003B72C6" w:rsidRDefault="008C0127" w:rsidP="008C0127">
      <w:pPr>
        <w:pStyle w:val="Ttulo1"/>
        <w:numPr>
          <w:ilvl w:val="0"/>
          <w:numId w:val="12"/>
        </w:numPr>
        <w:tabs>
          <w:tab w:val="num" w:pos="360"/>
        </w:tabs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IMPACTOS E INDICADORES DE RESULTADO</w:t>
      </w:r>
    </w:p>
    <w:p w14:paraId="74E90038" w14:textId="77777777" w:rsidR="008C0127" w:rsidRPr="003B72C6" w:rsidRDefault="008C0127" w:rsidP="008C0127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Apresente os principais resultados e impactos esperados e, quando possível, indique um indicador que permita verificar sua evolução.</w:t>
      </w:r>
    </w:p>
    <w:tbl>
      <w:tblPr>
        <w:tblStyle w:val="Tabelacomgrade"/>
        <w:tblW w:w="9576" w:type="dxa"/>
        <w:tblLook w:val="04A0" w:firstRow="1" w:lastRow="0" w:firstColumn="1" w:lastColumn="0" w:noHBand="0" w:noVBand="1"/>
      </w:tblPr>
      <w:tblGrid>
        <w:gridCol w:w="3025"/>
        <w:gridCol w:w="3440"/>
        <w:gridCol w:w="3111"/>
      </w:tblGrid>
      <w:tr w:rsidR="008C0127" w:rsidRPr="003B72C6" w14:paraId="4E84DC33" w14:textId="77777777" w:rsidTr="00D40F43">
        <w:tc>
          <w:tcPr>
            <w:tcW w:w="3025" w:type="dxa"/>
            <w:shd w:val="clear" w:color="auto" w:fill="EEF5FA"/>
          </w:tcPr>
          <w:p w14:paraId="29BA623A" w14:textId="77777777" w:rsidR="008C0127" w:rsidRPr="003B72C6" w:rsidRDefault="008C0127" w:rsidP="00D40F43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Dimensão</w:t>
            </w:r>
          </w:p>
        </w:tc>
        <w:tc>
          <w:tcPr>
            <w:tcW w:w="3440" w:type="dxa"/>
            <w:shd w:val="clear" w:color="auto" w:fill="EEF5FA"/>
          </w:tcPr>
          <w:p w14:paraId="6E57048A" w14:textId="77777777" w:rsidR="008C0127" w:rsidRPr="003B72C6" w:rsidRDefault="008C0127" w:rsidP="00D40F43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Resultado/impacto esperado</w:t>
            </w:r>
          </w:p>
        </w:tc>
        <w:tc>
          <w:tcPr>
            <w:tcW w:w="3111" w:type="dxa"/>
            <w:shd w:val="clear" w:color="auto" w:fill="EEF5FA"/>
          </w:tcPr>
          <w:p w14:paraId="1B560830" w14:textId="77777777" w:rsidR="008C0127" w:rsidRPr="003B72C6" w:rsidRDefault="008C0127" w:rsidP="00D40F43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Indicador principal</w:t>
            </w:r>
          </w:p>
        </w:tc>
      </w:tr>
      <w:tr w:rsidR="008C0127" w:rsidRPr="003B72C6" w14:paraId="739D5F02" w14:textId="77777777" w:rsidTr="00D40F43">
        <w:tc>
          <w:tcPr>
            <w:tcW w:w="3025" w:type="dxa"/>
            <w:shd w:val="clear" w:color="auto" w:fill="EEF5FA"/>
          </w:tcPr>
          <w:p w14:paraId="5A00644C" w14:textId="77777777" w:rsidR="008C0127" w:rsidRPr="003B72C6" w:rsidRDefault="008C0127" w:rsidP="00D40F43">
            <w:pPr>
              <w:spacing w:before="40" w:after="40"/>
              <w:rPr>
                <w:rFonts w:asciiTheme="majorHAnsi" w:eastAsiaTheme="minorHAnsi" w:hAnsiTheme="majorHAnsi" w:cstheme="majorHAnsi"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color w:val="1F4E79"/>
                <w:kern w:val="2"/>
                <w:sz w:val="20"/>
                <w:szCs w:val="20"/>
                <w14:ligatures w14:val="standardContextual"/>
              </w:rPr>
              <w:t>Saúde do trabalhador</w:t>
            </w:r>
          </w:p>
        </w:tc>
        <w:tc>
          <w:tcPr>
            <w:tcW w:w="3440" w:type="dxa"/>
          </w:tcPr>
          <w:p w14:paraId="5C14944B" w14:textId="77777777" w:rsidR="008C0127" w:rsidRPr="003B72C6" w:rsidRDefault="008C0127" w:rsidP="00D40F43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3111" w:type="dxa"/>
          </w:tcPr>
          <w:p w14:paraId="1C89F58A" w14:textId="77777777" w:rsidR="008C0127" w:rsidRPr="003B72C6" w:rsidRDefault="008C0127" w:rsidP="00D40F43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C0127" w:rsidRPr="003B72C6" w14:paraId="3665E600" w14:textId="77777777" w:rsidTr="00D40F43">
        <w:tc>
          <w:tcPr>
            <w:tcW w:w="3025" w:type="dxa"/>
            <w:shd w:val="clear" w:color="auto" w:fill="EEF5FA"/>
          </w:tcPr>
          <w:p w14:paraId="7752D28C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color w:val="1F4E79"/>
                <w:sz w:val="20"/>
                <w:szCs w:val="20"/>
              </w:rPr>
              <w:t>Econômico</w:t>
            </w:r>
          </w:p>
        </w:tc>
        <w:tc>
          <w:tcPr>
            <w:tcW w:w="3440" w:type="dxa"/>
          </w:tcPr>
          <w:p w14:paraId="3F644AC2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1" w:type="dxa"/>
          </w:tcPr>
          <w:p w14:paraId="0594BEBC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127" w:rsidRPr="003B72C6" w14:paraId="489A1574" w14:textId="77777777" w:rsidTr="00D40F43">
        <w:tc>
          <w:tcPr>
            <w:tcW w:w="3025" w:type="dxa"/>
            <w:shd w:val="clear" w:color="auto" w:fill="EEF5FA"/>
          </w:tcPr>
          <w:p w14:paraId="7E354E36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color w:val="1F4E79"/>
                <w:sz w:val="20"/>
                <w:szCs w:val="20"/>
              </w:rPr>
              <w:lastRenderedPageBreak/>
              <w:t>Tecnológico</w:t>
            </w:r>
          </w:p>
        </w:tc>
        <w:tc>
          <w:tcPr>
            <w:tcW w:w="3440" w:type="dxa"/>
          </w:tcPr>
          <w:p w14:paraId="5E066101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1" w:type="dxa"/>
          </w:tcPr>
          <w:p w14:paraId="35C45914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127" w:rsidRPr="003B72C6" w14:paraId="42EC0757" w14:textId="77777777" w:rsidTr="00D40F43">
        <w:tc>
          <w:tcPr>
            <w:tcW w:w="3025" w:type="dxa"/>
            <w:shd w:val="clear" w:color="auto" w:fill="EEF5FA"/>
          </w:tcPr>
          <w:p w14:paraId="5A35DE07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color w:val="1F4E79"/>
                <w:sz w:val="20"/>
                <w:szCs w:val="20"/>
              </w:rPr>
              <w:t>Social</w:t>
            </w:r>
          </w:p>
        </w:tc>
        <w:tc>
          <w:tcPr>
            <w:tcW w:w="3440" w:type="dxa"/>
          </w:tcPr>
          <w:p w14:paraId="5F93990B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1" w:type="dxa"/>
          </w:tcPr>
          <w:p w14:paraId="3C63276B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127" w:rsidRPr="003B72C6" w14:paraId="2AE837EC" w14:textId="77777777" w:rsidTr="00D40F43">
        <w:tc>
          <w:tcPr>
            <w:tcW w:w="3025" w:type="dxa"/>
            <w:shd w:val="clear" w:color="auto" w:fill="EEF5FA"/>
          </w:tcPr>
          <w:p w14:paraId="73E27BC7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color w:val="1F4E79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color w:val="1F4E79"/>
                <w:sz w:val="20"/>
                <w:szCs w:val="20"/>
              </w:rPr>
              <w:t>Ambiental (quando aplicável)</w:t>
            </w:r>
          </w:p>
        </w:tc>
        <w:tc>
          <w:tcPr>
            <w:tcW w:w="3440" w:type="dxa"/>
          </w:tcPr>
          <w:p w14:paraId="52B38611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1" w:type="dxa"/>
          </w:tcPr>
          <w:p w14:paraId="4C2B0EEB" w14:textId="77777777" w:rsidR="008C0127" w:rsidRPr="003B72C6" w:rsidRDefault="008C0127" w:rsidP="00D40F4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5BDEAAB" w14:textId="77777777" w:rsidR="008C0127" w:rsidRPr="003B72C6" w:rsidRDefault="008C0127" w:rsidP="00907029">
      <w:pPr>
        <w:rPr>
          <w:rFonts w:asciiTheme="majorHAnsi" w:hAnsiTheme="majorHAnsi" w:cstheme="majorHAnsi"/>
          <w:b/>
          <w:bCs/>
          <w:color w:val="2F75B5"/>
        </w:rPr>
      </w:pPr>
    </w:p>
    <w:p w14:paraId="09B4B4C0" w14:textId="77777777" w:rsidR="00982D61" w:rsidRPr="003B72C6" w:rsidRDefault="00982D61" w:rsidP="00982D61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CAPACIDADE TECNICA E EQUIPE DO PROJETO</w:t>
      </w:r>
    </w:p>
    <w:p w14:paraId="6BEBFEF0" w14:textId="50EC3FC0" w:rsidR="00982D61" w:rsidRPr="003B72C6" w:rsidRDefault="002D7428" w:rsidP="00982D61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Descreva resumidamente a experiência da empresa proponente em projetos relacionados ao tema, destacando competências, domínio tecnológico e infraestrutura relevantes para a execução.</w:t>
      </w:r>
    </w:p>
    <w:tbl>
      <w:tblPr>
        <w:tblStyle w:val="Tabelacomgrade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0"/>
      </w:tblGrid>
      <w:tr w:rsidR="00982D61" w:rsidRPr="003B72C6" w14:paraId="355525A2" w14:textId="77777777" w:rsidTr="00575237">
        <w:trPr>
          <w:jc w:val="center"/>
        </w:trPr>
        <w:tc>
          <w:tcPr>
            <w:tcW w:w="9554" w:type="dxa"/>
            <w:shd w:val="clear" w:color="auto" w:fill="EEF5FA"/>
          </w:tcPr>
          <w:p w14:paraId="57A0226A" w14:textId="77777777" w:rsidR="00982D61" w:rsidRPr="003B72C6" w:rsidRDefault="00982D61" w:rsidP="00D40F43">
            <w:pPr>
              <w:jc w:val="both"/>
              <w:rPr>
                <w:rFonts w:asciiTheme="majorHAnsi" w:hAnsiTheme="majorHAnsi" w:cstheme="majorHAnsi"/>
                <w:b/>
                <w:bCs/>
                <w:color w:val="1F4E79"/>
                <w:sz w:val="20"/>
                <w:szCs w:val="20"/>
              </w:rPr>
            </w:pPr>
            <w:r w:rsidRPr="003B72C6">
              <w:rPr>
                <w:rFonts w:asciiTheme="majorHAnsi" w:eastAsia="Courier New" w:hAnsiTheme="majorHAnsi" w:cstheme="majorHAnsi"/>
                <w:b/>
                <w:bCs/>
                <w:color w:val="1F4E79"/>
                <w:sz w:val="20"/>
                <w:szCs w:val="20"/>
              </w:rPr>
              <w:t>RESPOSTA</w:t>
            </w:r>
          </w:p>
        </w:tc>
      </w:tr>
      <w:tr w:rsidR="00982D61" w:rsidRPr="003B72C6" w14:paraId="50A62F73" w14:textId="77777777" w:rsidTr="00575237">
        <w:trPr>
          <w:jc w:val="center"/>
        </w:trPr>
        <w:tc>
          <w:tcPr>
            <w:tcW w:w="9554" w:type="dxa"/>
          </w:tcPr>
          <w:p w14:paraId="1E918BA0" w14:textId="77777777" w:rsidR="00982D61" w:rsidRPr="003B72C6" w:rsidRDefault="00982D61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</w:tbl>
    <w:p w14:paraId="34865250" w14:textId="6CB293F9" w:rsidR="00982D61" w:rsidRPr="003B72C6" w:rsidRDefault="00176B08" w:rsidP="00176B08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 xml:space="preserve">Identifique os principais profissionais envolvidos no projeto. Os minicurrículos deverão ser </w:t>
      </w:r>
      <w:r w:rsidR="00967C6C" w:rsidRPr="003B72C6">
        <w:rPr>
          <w:rFonts w:asciiTheme="majorHAnsi" w:hAnsiTheme="majorHAnsi" w:cstheme="majorHAnsi"/>
          <w:lang w:val="pt-BR"/>
        </w:rPr>
        <w:t>incluídos como anexo deste documento.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484"/>
        <w:gridCol w:w="1274"/>
        <w:gridCol w:w="1654"/>
        <w:gridCol w:w="1243"/>
        <w:gridCol w:w="1108"/>
        <w:gridCol w:w="2587"/>
      </w:tblGrid>
      <w:tr w:rsidR="00982D61" w:rsidRPr="003B72C6" w14:paraId="065A7A8C" w14:textId="77777777" w:rsidTr="000F4C56">
        <w:trPr>
          <w:jc w:val="center"/>
        </w:trPr>
        <w:tc>
          <w:tcPr>
            <w:tcW w:w="1526" w:type="dxa"/>
            <w:shd w:val="clear" w:color="auto" w:fill="EEF5FA"/>
            <w:vAlign w:val="center"/>
          </w:tcPr>
          <w:p w14:paraId="2010A699" w14:textId="77777777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Nome</w:t>
            </w:r>
          </w:p>
        </w:tc>
        <w:tc>
          <w:tcPr>
            <w:tcW w:w="1276" w:type="dxa"/>
            <w:shd w:val="clear" w:color="auto" w:fill="EEF5FA"/>
            <w:vAlign w:val="center"/>
          </w:tcPr>
          <w:p w14:paraId="39D405C3" w14:textId="77777777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Organização</w:t>
            </w:r>
          </w:p>
        </w:tc>
        <w:tc>
          <w:tcPr>
            <w:tcW w:w="1701" w:type="dxa"/>
            <w:shd w:val="clear" w:color="auto" w:fill="EEF5FA"/>
            <w:vAlign w:val="center"/>
          </w:tcPr>
          <w:p w14:paraId="15EDDCF0" w14:textId="77777777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Função no projeto</w:t>
            </w:r>
          </w:p>
        </w:tc>
        <w:tc>
          <w:tcPr>
            <w:tcW w:w="1275" w:type="dxa"/>
            <w:shd w:val="clear" w:color="auto" w:fill="EEF5FA"/>
            <w:vAlign w:val="center"/>
          </w:tcPr>
          <w:p w14:paraId="6141A785" w14:textId="6DE12672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Qtd</w:t>
            </w:r>
            <w:proofErr w:type="spellEnd"/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 de h</w:t>
            </w:r>
            <w:r w:rsidR="000F4C56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oras</w:t>
            </w:r>
          </w:p>
        </w:tc>
        <w:tc>
          <w:tcPr>
            <w:tcW w:w="1134" w:type="dxa"/>
            <w:shd w:val="clear" w:color="auto" w:fill="EEF5FA"/>
            <w:vAlign w:val="center"/>
          </w:tcPr>
          <w:p w14:paraId="2EC48C55" w14:textId="77777777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Valor hora</w:t>
            </w:r>
          </w:p>
        </w:tc>
        <w:tc>
          <w:tcPr>
            <w:tcW w:w="2664" w:type="dxa"/>
            <w:shd w:val="clear" w:color="auto" w:fill="EEF5FA"/>
            <w:vAlign w:val="center"/>
          </w:tcPr>
          <w:p w14:paraId="45486BC0" w14:textId="77777777" w:rsidR="00982D61" w:rsidRPr="003B72C6" w:rsidRDefault="00982D61" w:rsidP="00D40F43">
            <w:pPr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Financiador </w:t>
            </w:r>
            <w:r w:rsidRPr="003B72C6">
              <w:rPr>
                <w:rFonts w:asciiTheme="majorHAnsi" w:eastAsiaTheme="minorHAnsi" w:hAnsiTheme="majorHAnsi" w:cstheme="majorHAnsi"/>
                <w:color w:val="1F4E79"/>
                <w:kern w:val="2"/>
                <w:sz w:val="20"/>
                <w:szCs w:val="20"/>
                <w14:ligatures w14:val="standardContextual"/>
              </w:rPr>
              <w:t>(Sesi PR, empresa proponente, indústria parceira)</w:t>
            </w:r>
          </w:p>
        </w:tc>
      </w:tr>
      <w:tr w:rsidR="00982D61" w:rsidRPr="003B72C6" w14:paraId="719EAEF1" w14:textId="77777777" w:rsidTr="000F4C56">
        <w:trPr>
          <w:jc w:val="center"/>
        </w:trPr>
        <w:tc>
          <w:tcPr>
            <w:tcW w:w="1526" w:type="dxa"/>
            <w:vAlign w:val="center"/>
          </w:tcPr>
          <w:p w14:paraId="581BFF82" w14:textId="77777777" w:rsidR="00982D61" w:rsidRPr="003B72C6" w:rsidRDefault="00982D61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261656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33C199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996FB0D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29EDD9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73968CA6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82D61" w:rsidRPr="003B72C6" w14:paraId="718969C6" w14:textId="77777777" w:rsidTr="000F4C56">
        <w:trPr>
          <w:jc w:val="center"/>
        </w:trPr>
        <w:tc>
          <w:tcPr>
            <w:tcW w:w="1526" w:type="dxa"/>
            <w:vAlign w:val="center"/>
          </w:tcPr>
          <w:p w14:paraId="6FAA5074" w14:textId="77777777" w:rsidR="00982D61" w:rsidRPr="003B72C6" w:rsidRDefault="00982D61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DD6A8C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04D792B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2E274A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A5EBFF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485B4C42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82D61" w:rsidRPr="003B72C6" w14:paraId="192397F9" w14:textId="77777777" w:rsidTr="000F4C56">
        <w:trPr>
          <w:jc w:val="center"/>
        </w:trPr>
        <w:tc>
          <w:tcPr>
            <w:tcW w:w="1526" w:type="dxa"/>
            <w:vAlign w:val="center"/>
          </w:tcPr>
          <w:p w14:paraId="3FABBD0D" w14:textId="77777777" w:rsidR="00982D61" w:rsidRPr="003B72C6" w:rsidRDefault="00982D61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8079C2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BDFBD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5354D0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E992D8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7FB335CB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82D61" w:rsidRPr="003B72C6" w14:paraId="32ABF82D" w14:textId="77777777" w:rsidTr="000F4C56">
        <w:trPr>
          <w:jc w:val="center"/>
        </w:trPr>
        <w:tc>
          <w:tcPr>
            <w:tcW w:w="1526" w:type="dxa"/>
            <w:vAlign w:val="center"/>
          </w:tcPr>
          <w:p w14:paraId="0589DC3D" w14:textId="77777777" w:rsidR="00982D61" w:rsidRPr="003B72C6" w:rsidRDefault="00982D61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4D2CD28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6152576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44B06F8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572F88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44C773A2" w14:textId="77777777" w:rsidR="00982D61" w:rsidRPr="003B72C6" w:rsidRDefault="00982D61" w:rsidP="00D40F4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EE579E9" w14:textId="77777777" w:rsidR="0054482F" w:rsidRPr="003B72C6" w:rsidRDefault="0054482F" w:rsidP="00907029">
      <w:pPr>
        <w:rPr>
          <w:rFonts w:asciiTheme="majorHAnsi" w:hAnsiTheme="majorHAnsi" w:cstheme="majorHAnsi"/>
          <w:b/>
          <w:bCs/>
          <w:color w:val="2F75B5"/>
        </w:rPr>
      </w:pPr>
    </w:p>
    <w:p w14:paraId="78EAE77D" w14:textId="77583AAD" w:rsidR="00F5619C" w:rsidRPr="003B72C6" w:rsidRDefault="007A5D91" w:rsidP="00381860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 xml:space="preserve">COMPOSIÇÃO </w:t>
      </w:r>
      <w:r w:rsidR="00D859A1" w:rsidRPr="003B72C6">
        <w:rPr>
          <w:rFonts w:cstheme="majorHAnsi"/>
          <w:color w:val="2F75B5"/>
          <w:sz w:val="24"/>
          <w:szCs w:val="24"/>
        </w:rPr>
        <w:t>DOS RECURSOS</w:t>
      </w:r>
      <w:r w:rsidRPr="003B72C6">
        <w:rPr>
          <w:rFonts w:cstheme="majorHAnsi"/>
          <w:color w:val="2F75B5"/>
          <w:sz w:val="24"/>
          <w:szCs w:val="24"/>
        </w:rPr>
        <w:t>, ORÇAMENTO E CONTRAPARTIDAS</w:t>
      </w:r>
    </w:p>
    <w:p w14:paraId="54A17270" w14:textId="0A76CDC2" w:rsidR="00434A9F" w:rsidRPr="003B72C6" w:rsidRDefault="00434A9F" w:rsidP="00434A9F">
      <w:pPr>
        <w:pStyle w:val="Ttulo1"/>
        <w:numPr>
          <w:ilvl w:val="1"/>
          <w:numId w:val="12"/>
        </w:numPr>
        <w:tabs>
          <w:tab w:val="num" w:pos="360"/>
        </w:tabs>
        <w:spacing w:before="200" w:after="80" w:line="259" w:lineRule="auto"/>
        <w:ind w:left="360" w:hanging="360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Contrapartidas do projeto</w:t>
      </w:r>
    </w:p>
    <w:p w14:paraId="66BF97ED" w14:textId="264D6EE5" w:rsidR="00F5619C" w:rsidRPr="003B72C6" w:rsidRDefault="00EE4C65" w:rsidP="000308DD">
      <w:pPr>
        <w:pStyle w:val="Guidance"/>
        <w:keepNext/>
        <w:spacing w:before="200" w:after="200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A empresa proponente deverá aportar contrapartida financeira e/ou econômica correspondente a, no mínimo, 10% do valor financiado pelo Sesi-PR. A indústria parceira deverá aportar contrapartida econômica, sem valor mínimo estabelecido, conforme a Chamada.</w:t>
      </w:r>
      <w:r w:rsidR="009117E3" w:rsidRPr="003B72C6">
        <w:rPr>
          <w:rFonts w:asciiTheme="majorHAnsi" w:hAnsiTheme="majorHAnsi" w:cstheme="majorHAnsi"/>
          <w:lang w:val="pt-BR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3179"/>
        <w:gridCol w:w="2911"/>
      </w:tblGrid>
      <w:tr w:rsidR="00FC26B7" w:rsidRPr="003B72C6" w14:paraId="65F3F6C9" w14:textId="77777777" w:rsidTr="00CE4167">
        <w:trPr>
          <w:jc w:val="center"/>
        </w:trPr>
        <w:tc>
          <w:tcPr>
            <w:tcW w:w="3268" w:type="dxa"/>
            <w:shd w:val="clear" w:color="auto" w:fill="EEF5FA"/>
            <w:vAlign w:val="center"/>
          </w:tcPr>
          <w:p w14:paraId="5F344021" w14:textId="39E507D4" w:rsidR="00FC26B7" w:rsidRPr="003B72C6" w:rsidRDefault="007F2D0D" w:rsidP="00280072">
            <w:pPr>
              <w:spacing w:beforeLines="40" w:before="96" w:afterLines="40" w:after="96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Partícipe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EEF5FA"/>
            <w:vAlign w:val="center"/>
          </w:tcPr>
          <w:p w14:paraId="0392635C" w14:textId="09A9AF19" w:rsidR="00FC26B7" w:rsidRPr="003B72C6" w:rsidRDefault="00FD2820" w:rsidP="00280072">
            <w:pPr>
              <w:spacing w:beforeLines="40" w:before="96" w:afterLines="40" w:after="96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Recursos financeiros</w:t>
            </w:r>
            <w:r w:rsidR="00FC26B7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 (R$)</w:t>
            </w:r>
          </w:p>
        </w:tc>
        <w:tc>
          <w:tcPr>
            <w:tcW w:w="2918" w:type="dxa"/>
            <w:shd w:val="clear" w:color="auto" w:fill="EEF5FA"/>
            <w:vAlign w:val="center"/>
          </w:tcPr>
          <w:p w14:paraId="728D1471" w14:textId="1648B9DF" w:rsidR="00FC26B7" w:rsidRPr="003B72C6" w:rsidRDefault="00FD2820" w:rsidP="00280072">
            <w:pPr>
              <w:spacing w:beforeLines="40" w:before="96" w:afterLines="40" w:after="96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Recursos econômicos</w:t>
            </w:r>
            <w:r w:rsidR="00FC26B7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 (R$)</w:t>
            </w:r>
          </w:p>
        </w:tc>
      </w:tr>
      <w:tr w:rsidR="00FC26B7" w:rsidRPr="003B72C6" w14:paraId="3F52CA02" w14:textId="77777777" w:rsidTr="00FD2820">
        <w:trPr>
          <w:jc w:val="center"/>
        </w:trPr>
        <w:tc>
          <w:tcPr>
            <w:tcW w:w="3268" w:type="dxa"/>
            <w:vAlign w:val="center"/>
          </w:tcPr>
          <w:p w14:paraId="5B4F78F3" w14:textId="7E9DE82A" w:rsidR="00FC26B7" w:rsidRPr="003B72C6" w:rsidRDefault="007F2D0D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Aporte do </w:t>
            </w:r>
            <w:r w:rsidR="00FC26B7" w:rsidRPr="003B72C6">
              <w:rPr>
                <w:rFonts w:asciiTheme="majorHAnsi" w:hAnsiTheme="majorHAnsi" w:cstheme="majorHAnsi"/>
                <w:sz w:val="20"/>
                <w:szCs w:val="20"/>
              </w:rPr>
              <w:t>Sesi PR</w:t>
            </w:r>
          </w:p>
        </w:tc>
        <w:tc>
          <w:tcPr>
            <w:tcW w:w="3187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1F73D948" w14:textId="6655AA77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18" w:type="dxa"/>
            <w:vAlign w:val="center"/>
          </w:tcPr>
          <w:p w14:paraId="12DFECC1" w14:textId="6D2FDA58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C26B7" w:rsidRPr="003B72C6" w14:paraId="0972EA5B" w14:textId="77777777" w:rsidTr="00FD2820">
        <w:trPr>
          <w:jc w:val="center"/>
        </w:trPr>
        <w:tc>
          <w:tcPr>
            <w:tcW w:w="3268" w:type="dxa"/>
            <w:vAlign w:val="center"/>
          </w:tcPr>
          <w:p w14:paraId="661C8976" w14:textId="4A816F35" w:rsidR="00FC26B7" w:rsidRPr="003B72C6" w:rsidRDefault="007F2D0D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Contrapartida </w:t>
            </w:r>
            <w:r w:rsidR="00FC26B7" w:rsidRPr="003B72C6">
              <w:rPr>
                <w:rFonts w:asciiTheme="majorHAnsi" w:hAnsiTheme="majorHAnsi" w:cstheme="majorHAnsi"/>
                <w:sz w:val="20"/>
                <w:szCs w:val="20"/>
              </w:rPr>
              <w:t>Empresa proponente</w:t>
            </w:r>
          </w:p>
        </w:tc>
        <w:tc>
          <w:tcPr>
            <w:tcW w:w="3187" w:type="dxa"/>
            <w:vAlign w:val="center"/>
          </w:tcPr>
          <w:p w14:paraId="125140E7" w14:textId="31F7DFC5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18" w:type="dxa"/>
            <w:tcBorders>
              <w:bottom w:val="single" w:sz="4" w:space="0" w:color="auto"/>
            </w:tcBorders>
            <w:vAlign w:val="center"/>
          </w:tcPr>
          <w:p w14:paraId="6FD272CB" w14:textId="7EB3990F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C26B7" w:rsidRPr="003B72C6" w14:paraId="6B828F3D" w14:textId="77777777" w:rsidTr="00FD2820">
        <w:trPr>
          <w:jc w:val="center"/>
        </w:trPr>
        <w:tc>
          <w:tcPr>
            <w:tcW w:w="3268" w:type="dxa"/>
            <w:vAlign w:val="center"/>
          </w:tcPr>
          <w:p w14:paraId="189562F4" w14:textId="29E4A117" w:rsidR="00FC26B7" w:rsidRPr="003B72C6" w:rsidRDefault="007F2D0D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 xml:space="preserve">Contrapartida </w:t>
            </w:r>
            <w:r w:rsidR="00FC26B7" w:rsidRPr="003B72C6">
              <w:rPr>
                <w:rFonts w:asciiTheme="majorHAnsi" w:hAnsiTheme="majorHAnsi" w:cstheme="majorHAnsi"/>
                <w:sz w:val="20"/>
                <w:szCs w:val="20"/>
              </w:rPr>
              <w:t>Indústria parceira</w:t>
            </w:r>
          </w:p>
        </w:tc>
        <w:tc>
          <w:tcPr>
            <w:tcW w:w="3187" w:type="dxa"/>
            <w:vAlign w:val="center"/>
          </w:tcPr>
          <w:p w14:paraId="1FB3DD7C" w14:textId="5FD84D1D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18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601DF77" w14:textId="08134826" w:rsidR="00FC26B7" w:rsidRPr="003B72C6" w:rsidRDefault="00FC26B7" w:rsidP="00280072">
            <w:pPr>
              <w:spacing w:beforeLines="40" w:before="96" w:afterLines="40" w:after="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94E6A" w:rsidRPr="003B72C6" w14:paraId="70C503A7" w14:textId="77777777" w:rsidTr="00A038FB">
        <w:trPr>
          <w:jc w:val="center"/>
        </w:trPr>
        <w:tc>
          <w:tcPr>
            <w:tcW w:w="3268" w:type="dxa"/>
            <w:vAlign w:val="center"/>
          </w:tcPr>
          <w:p w14:paraId="5D87832D" w14:textId="79A53AB5" w:rsidR="00394E6A" w:rsidRPr="003B72C6" w:rsidRDefault="00394E6A" w:rsidP="00280072">
            <w:pPr>
              <w:spacing w:beforeLines="40" w:before="96" w:afterLines="40" w:after="96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Total (R$)</w:t>
            </w:r>
          </w:p>
        </w:tc>
        <w:tc>
          <w:tcPr>
            <w:tcW w:w="3187" w:type="dxa"/>
          </w:tcPr>
          <w:p w14:paraId="498192B4" w14:textId="1CAC3F0F" w:rsidR="00394E6A" w:rsidRPr="003B72C6" w:rsidRDefault="00394E6A" w:rsidP="00280072">
            <w:pPr>
              <w:spacing w:beforeLines="40" w:before="96" w:afterLines="40" w:after="96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918" w:type="dxa"/>
          </w:tcPr>
          <w:p w14:paraId="32C04A89" w14:textId="7F4F9832" w:rsidR="00394E6A" w:rsidRPr="003B72C6" w:rsidRDefault="00394E6A" w:rsidP="00280072">
            <w:pPr>
              <w:spacing w:beforeLines="40" w:before="96" w:afterLines="40" w:after="96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4E6A" w:rsidRPr="003B72C6" w14:paraId="5C2DE6AF" w14:textId="77777777" w:rsidTr="00A038FB">
        <w:trPr>
          <w:jc w:val="center"/>
        </w:trPr>
        <w:tc>
          <w:tcPr>
            <w:tcW w:w="3268" w:type="dxa"/>
            <w:vAlign w:val="center"/>
          </w:tcPr>
          <w:p w14:paraId="06C7AD96" w14:textId="1E976FEC" w:rsidR="00394E6A" w:rsidRPr="003B72C6" w:rsidRDefault="00394E6A" w:rsidP="00280072">
            <w:pPr>
              <w:spacing w:beforeLines="40" w:before="96" w:afterLines="40" w:after="96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Total geral do projeto (R$)</w:t>
            </w:r>
          </w:p>
        </w:tc>
        <w:tc>
          <w:tcPr>
            <w:tcW w:w="6105" w:type="dxa"/>
            <w:gridSpan w:val="2"/>
          </w:tcPr>
          <w:p w14:paraId="7FB70ECE" w14:textId="16FBF386" w:rsidR="00394E6A" w:rsidRPr="003B72C6" w:rsidRDefault="00394E6A" w:rsidP="00280072">
            <w:pPr>
              <w:spacing w:beforeLines="40" w:before="96" w:afterLines="40" w:after="96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C26B7" w:rsidRPr="003B72C6" w14:paraId="5C55C427" w14:textId="77777777" w:rsidTr="0084449D">
        <w:trPr>
          <w:jc w:val="center"/>
        </w:trPr>
        <w:tc>
          <w:tcPr>
            <w:tcW w:w="3268" w:type="dxa"/>
            <w:shd w:val="clear" w:color="auto" w:fill="EEF5FA"/>
            <w:vAlign w:val="center"/>
          </w:tcPr>
          <w:p w14:paraId="16EBFBDE" w14:textId="32AD7A77" w:rsidR="00C645CD" w:rsidRPr="003B72C6" w:rsidRDefault="00C645CD" w:rsidP="00280072">
            <w:pPr>
              <w:spacing w:beforeLines="40" w:before="96" w:afterLines="40" w:after="96"/>
              <w:jc w:val="center"/>
              <w:rPr>
                <w:rFonts w:asciiTheme="majorHAnsi" w:hAnsiTheme="majorHAnsi" w:cstheme="majorHAnsi"/>
                <w:b/>
                <w:sz w:val="17"/>
              </w:rPr>
            </w:pPr>
            <w:r w:rsidRPr="003B72C6">
              <w:rPr>
                <w:rFonts w:asciiTheme="majorHAnsi" w:hAnsiTheme="majorHAnsi" w:cstheme="majorHAnsi"/>
                <w:b/>
                <w:sz w:val="17"/>
              </w:rPr>
              <w:lastRenderedPageBreak/>
              <w:t>% de contrapartida da empresa proponente</w:t>
            </w:r>
          </w:p>
          <w:p w14:paraId="07F6DC3E" w14:textId="09FBAB6C" w:rsidR="00FC26B7" w:rsidRPr="003B72C6" w:rsidRDefault="00C645CD" w:rsidP="00280072">
            <w:pPr>
              <w:spacing w:beforeLines="40" w:before="96" w:afterLines="40" w:after="96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Cs/>
                <w:sz w:val="17"/>
              </w:rPr>
              <w:t>(em relação ao aporte Sesi-PR)</w:t>
            </w:r>
          </w:p>
        </w:tc>
        <w:tc>
          <w:tcPr>
            <w:tcW w:w="6105" w:type="dxa"/>
            <w:gridSpan w:val="2"/>
            <w:vAlign w:val="center"/>
          </w:tcPr>
          <w:p w14:paraId="246BF2FE" w14:textId="63423733" w:rsidR="00FC26B7" w:rsidRPr="003B72C6" w:rsidRDefault="00964ECD" w:rsidP="00280072">
            <w:pPr>
              <w:spacing w:beforeLines="40" w:before="96" w:afterLines="40" w:after="96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_____% </w:t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(mínimo 10%)</w:t>
            </w:r>
          </w:p>
        </w:tc>
      </w:tr>
    </w:tbl>
    <w:p w14:paraId="73FCFA5E" w14:textId="77777777" w:rsidR="00F5619C" w:rsidRPr="003B72C6" w:rsidRDefault="00F5619C" w:rsidP="00F5619C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00CFEF70" w14:textId="759F45E1" w:rsidR="00F5619C" w:rsidRPr="003B72C6" w:rsidRDefault="00F5619C" w:rsidP="00381860">
      <w:pPr>
        <w:pStyle w:val="Ttulo1"/>
        <w:numPr>
          <w:ilvl w:val="1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Orçamento</w:t>
      </w:r>
    </w:p>
    <w:p w14:paraId="4421541C" w14:textId="3026BDEB" w:rsidR="00F5619C" w:rsidRPr="003B72C6" w:rsidRDefault="00AE6E27" w:rsidP="00AE6E27">
      <w:pPr>
        <w:pStyle w:val="Guidance"/>
        <w:keepNext/>
        <w:spacing w:before="200" w:after="200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Distribua os valores previstos por rubrica e fonte dos recursos. Utilize as rubricas previstas na Chamada e apresente justificativa sintética para os gastos.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9"/>
        <w:gridCol w:w="2135"/>
        <w:gridCol w:w="1126"/>
        <w:gridCol w:w="1276"/>
        <w:gridCol w:w="1396"/>
      </w:tblGrid>
      <w:tr w:rsidR="0003180E" w:rsidRPr="003B72C6" w14:paraId="64CCFF9F" w14:textId="77777777" w:rsidTr="000308DD">
        <w:trPr>
          <w:jc w:val="center"/>
        </w:trPr>
        <w:tc>
          <w:tcPr>
            <w:tcW w:w="3409" w:type="dxa"/>
            <w:shd w:val="clear" w:color="auto" w:fill="EEF5FA"/>
            <w:vAlign w:val="center"/>
          </w:tcPr>
          <w:p w14:paraId="4C9448CF" w14:textId="0EC467E1" w:rsidR="0003180E" w:rsidRPr="003B72C6" w:rsidRDefault="0003180E" w:rsidP="00280072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Rubrica</w:t>
            </w:r>
          </w:p>
        </w:tc>
        <w:tc>
          <w:tcPr>
            <w:tcW w:w="2135" w:type="dxa"/>
            <w:shd w:val="clear" w:color="auto" w:fill="EEF5FA"/>
            <w:vAlign w:val="center"/>
          </w:tcPr>
          <w:p w14:paraId="6FBA03F7" w14:textId="1FD1DE4F" w:rsidR="0003180E" w:rsidRPr="003B72C6" w:rsidRDefault="0003180E" w:rsidP="00280072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Justificativa do Gasto</w:t>
            </w:r>
          </w:p>
        </w:tc>
        <w:tc>
          <w:tcPr>
            <w:tcW w:w="1126" w:type="dxa"/>
            <w:shd w:val="clear" w:color="auto" w:fill="EEF5FA"/>
            <w:vAlign w:val="center"/>
          </w:tcPr>
          <w:p w14:paraId="4E37019B" w14:textId="31392EF4" w:rsidR="0003180E" w:rsidRPr="003B72C6" w:rsidRDefault="0003180E" w:rsidP="00280072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Sesi PR</w:t>
            </w:r>
          </w:p>
        </w:tc>
        <w:tc>
          <w:tcPr>
            <w:tcW w:w="1276" w:type="dxa"/>
            <w:shd w:val="clear" w:color="auto" w:fill="EEF5FA"/>
            <w:vAlign w:val="center"/>
          </w:tcPr>
          <w:p w14:paraId="2F458049" w14:textId="79CB1CE1" w:rsidR="0003180E" w:rsidRPr="003B72C6" w:rsidRDefault="0003180E" w:rsidP="00280072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Empresa Proponente</w:t>
            </w:r>
          </w:p>
        </w:tc>
        <w:tc>
          <w:tcPr>
            <w:tcW w:w="1396" w:type="dxa"/>
            <w:shd w:val="clear" w:color="auto" w:fill="EEF5FA"/>
            <w:vAlign w:val="center"/>
          </w:tcPr>
          <w:p w14:paraId="1857365B" w14:textId="001FE691" w:rsidR="0003180E" w:rsidRPr="003B72C6" w:rsidRDefault="0003180E" w:rsidP="00280072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Indústria Parceira</w:t>
            </w:r>
          </w:p>
        </w:tc>
      </w:tr>
      <w:tr w:rsidR="004B1FB2" w:rsidRPr="003B72C6" w14:paraId="6F0CA9A7" w14:textId="77777777" w:rsidTr="004B1FB2">
        <w:trPr>
          <w:jc w:val="center"/>
        </w:trPr>
        <w:tc>
          <w:tcPr>
            <w:tcW w:w="3409" w:type="dxa"/>
            <w:vAlign w:val="center"/>
          </w:tcPr>
          <w:p w14:paraId="54BD2B21" w14:textId="4BEAD920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Serviços de terceiros – pessoa jurídica </w:t>
            </w:r>
          </w:p>
        </w:tc>
        <w:tc>
          <w:tcPr>
            <w:tcW w:w="2135" w:type="dxa"/>
            <w:vAlign w:val="center"/>
          </w:tcPr>
          <w:p w14:paraId="1885BFB0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782C7517" w14:textId="182D2F8C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C94E6F8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576D9C6C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717CF2A1" w14:textId="77777777" w:rsidTr="004B1FB2">
        <w:trPr>
          <w:jc w:val="center"/>
        </w:trPr>
        <w:tc>
          <w:tcPr>
            <w:tcW w:w="3409" w:type="dxa"/>
            <w:vAlign w:val="center"/>
          </w:tcPr>
          <w:p w14:paraId="53D5637A" w14:textId="0B988B8D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Despesas de viagens nacionais </w:t>
            </w:r>
          </w:p>
        </w:tc>
        <w:tc>
          <w:tcPr>
            <w:tcW w:w="2135" w:type="dxa"/>
            <w:vAlign w:val="center"/>
          </w:tcPr>
          <w:p w14:paraId="4A3E3DCA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3C562A3E" w14:textId="69284DD1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9F6E14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0F4EE224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5B16F0AF" w14:textId="77777777" w:rsidTr="004B1FB2">
        <w:trPr>
          <w:jc w:val="center"/>
        </w:trPr>
        <w:tc>
          <w:tcPr>
            <w:tcW w:w="3409" w:type="dxa"/>
            <w:vAlign w:val="center"/>
          </w:tcPr>
          <w:p w14:paraId="6174F09D" w14:textId="762E5B6A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Máquinas e equipamentos </w:t>
            </w:r>
          </w:p>
        </w:tc>
        <w:tc>
          <w:tcPr>
            <w:tcW w:w="2135" w:type="dxa"/>
            <w:vAlign w:val="center"/>
          </w:tcPr>
          <w:p w14:paraId="3E342BF5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5E3FA70D" w14:textId="2139B728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AF88CC4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3C3D1C63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1AA4754B" w14:textId="77777777" w:rsidTr="004B1FB2">
        <w:trPr>
          <w:jc w:val="center"/>
        </w:trPr>
        <w:tc>
          <w:tcPr>
            <w:tcW w:w="3409" w:type="dxa"/>
            <w:vAlign w:val="center"/>
          </w:tcPr>
          <w:p w14:paraId="676D5DA2" w14:textId="6B75DE60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Dispositivo eletrônico e Software </w:t>
            </w:r>
          </w:p>
        </w:tc>
        <w:tc>
          <w:tcPr>
            <w:tcW w:w="2135" w:type="dxa"/>
            <w:vAlign w:val="center"/>
          </w:tcPr>
          <w:p w14:paraId="5B7FF409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69ADEFC2" w14:textId="52D549E0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D3D27F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693F36FD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290E9B47" w14:textId="77777777" w:rsidTr="004B1FB2">
        <w:trPr>
          <w:jc w:val="center"/>
        </w:trPr>
        <w:tc>
          <w:tcPr>
            <w:tcW w:w="3409" w:type="dxa"/>
            <w:vAlign w:val="center"/>
          </w:tcPr>
          <w:p w14:paraId="661DF41C" w14:textId="23E1063B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Matéria-prima e insumos </w:t>
            </w:r>
          </w:p>
        </w:tc>
        <w:tc>
          <w:tcPr>
            <w:tcW w:w="2135" w:type="dxa"/>
            <w:vAlign w:val="center"/>
          </w:tcPr>
          <w:p w14:paraId="69D8746B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262AC07F" w14:textId="4CE0DF04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27984F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770AF62C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6F65948F" w14:textId="77777777" w:rsidTr="004B1FB2">
        <w:trPr>
          <w:jc w:val="center"/>
        </w:trPr>
        <w:tc>
          <w:tcPr>
            <w:tcW w:w="3409" w:type="dxa"/>
            <w:vAlign w:val="center"/>
          </w:tcPr>
          <w:p w14:paraId="77EE0CBE" w14:textId="0AB8DAEE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Materiais de consumo </w:t>
            </w:r>
          </w:p>
        </w:tc>
        <w:tc>
          <w:tcPr>
            <w:tcW w:w="2135" w:type="dxa"/>
            <w:vAlign w:val="center"/>
          </w:tcPr>
          <w:p w14:paraId="72D006B3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026BCDE3" w14:textId="352F4DFF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CC6307D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5A3F2000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1FB2" w:rsidRPr="003B72C6" w14:paraId="32FDFA8E" w14:textId="77777777" w:rsidTr="004B1FB2">
        <w:trPr>
          <w:jc w:val="center"/>
        </w:trPr>
        <w:tc>
          <w:tcPr>
            <w:tcW w:w="3409" w:type="dxa"/>
            <w:vAlign w:val="center"/>
          </w:tcPr>
          <w:p w14:paraId="4CCC27B3" w14:textId="70B3999A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Horas técnicas de inovação da Empresa Proponente </w:t>
            </w:r>
          </w:p>
        </w:tc>
        <w:tc>
          <w:tcPr>
            <w:tcW w:w="2135" w:type="dxa"/>
            <w:vAlign w:val="center"/>
          </w:tcPr>
          <w:p w14:paraId="65436A89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F1BEE45" w14:textId="292E035A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90AAA6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31EF9D7D" w14:textId="77777777" w:rsidR="004B1FB2" w:rsidRPr="003B72C6" w:rsidRDefault="004B1FB2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F2A2F" w:rsidRPr="003B72C6" w14:paraId="7C4D075B" w14:textId="77777777" w:rsidTr="0096200B">
        <w:trPr>
          <w:jc w:val="center"/>
        </w:trPr>
        <w:tc>
          <w:tcPr>
            <w:tcW w:w="5544" w:type="dxa"/>
            <w:gridSpan w:val="2"/>
            <w:vAlign w:val="center"/>
          </w:tcPr>
          <w:p w14:paraId="2BEF8F01" w14:textId="0ED76FA7" w:rsidR="007F2A2F" w:rsidRPr="003B72C6" w:rsidRDefault="007F2A2F" w:rsidP="00280072">
            <w:pPr>
              <w:spacing w:before="40" w:after="4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26" w:type="dxa"/>
            <w:vAlign w:val="center"/>
          </w:tcPr>
          <w:p w14:paraId="204DF1A2" w14:textId="77777777" w:rsidR="007F2A2F" w:rsidRPr="003B72C6" w:rsidRDefault="007F2A2F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3B8647" w14:textId="77777777" w:rsidR="007F2A2F" w:rsidRPr="003B72C6" w:rsidRDefault="007F2A2F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2B9B3500" w14:textId="77777777" w:rsidR="007F2A2F" w:rsidRPr="003B72C6" w:rsidRDefault="007F2A2F" w:rsidP="00280072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EA8399F" w14:textId="577B20BF" w:rsidR="00ED2161" w:rsidRPr="00051F14" w:rsidRDefault="0007588D" w:rsidP="00615874">
      <w:pPr>
        <w:spacing w:after="0" w:line="240" w:lineRule="auto"/>
        <w:jc w:val="both"/>
        <w:rPr>
          <w:rFonts w:asciiTheme="majorHAnsi" w:hAnsiTheme="majorHAnsi" w:cstheme="majorHAnsi"/>
          <w:i/>
          <w:iCs/>
          <w:color w:val="FF0000"/>
          <w:sz w:val="18"/>
          <w:szCs w:val="18"/>
        </w:rPr>
      </w:pPr>
      <w:r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>Anexar</w:t>
      </w:r>
      <w:r w:rsidR="00EC5F21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 xml:space="preserve"> ao plano de projeto a</w:t>
      </w:r>
      <w:r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 xml:space="preserve"> memória de </w:t>
      </w:r>
      <w:r w:rsidR="00EC5F21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>cálculo</w:t>
      </w:r>
      <w:r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 xml:space="preserve"> da contrapartida econômica</w:t>
      </w:r>
      <w:r w:rsidR="00EC5F21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 xml:space="preserve"> e/ou financeira, conforme </w:t>
      </w:r>
      <w:r w:rsidR="005E6A8F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>observações do item 7 d</w:t>
      </w:r>
      <w:r w:rsidR="00615874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>a Chamada</w:t>
      </w:r>
      <w:r w:rsidR="00EC5F21" w:rsidRPr="00051F14">
        <w:rPr>
          <w:rFonts w:asciiTheme="majorHAnsi" w:hAnsiTheme="majorHAnsi" w:cstheme="majorHAnsi"/>
          <w:i/>
          <w:iCs/>
          <w:color w:val="FF0000"/>
          <w:sz w:val="18"/>
          <w:szCs w:val="18"/>
        </w:rPr>
        <w:t>.</w:t>
      </w:r>
    </w:p>
    <w:p w14:paraId="3A304102" w14:textId="77777777" w:rsidR="009108A4" w:rsidRPr="003B72C6" w:rsidRDefault="009108A4" w:rsidP="009108A4">
      <w:pPr>
        <w:pStyle w:val="Ttulo1"/>
        <w:numPr>
          <w:ilvl w:val="0"/>
          <w:numId w:val="12"/>
        </w:numPr>
        <w:tabs>
          <w:tab w:val="num" w:pos="360"/>
        </w:tabs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CONTINUIDADE E ESCALABILIDADE</w:t>
      </w:r>
    </w:p>
    <w:p w14:paraId="75FA0ABF" w14:textId="2A8C9296" w:rsidR="00BC353F" w:rsidRPr="003B72C6" w:rsidRDefault="00BC353F" w:rsidP="00BC353F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Descreva como a solução continuará evoluindo após o projeto até sua adoção pelo mercado, considerando os próximos passos de desenvolvimento, implantação, comercialização, escalabilidade e potencial de replicação em outras indústrias ou contextos.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108A4" w:rsidRPr="003B72C6" w14:paraId="311CE6F8" w14:textId="77777777" w:rsidTr="003524CB">
        <w:tc>
          <w:tcPr>
            <w:tcW w:w="9464" w:type="dxa"/>
            <w:shd w:val="clear" w:color="auto" w:fill="EEF5FA"/>
          </w:tcPr>
          <w:p w14:paraId="683AC177" w14:textId="77777777" w:rsidR="009108A4" w:rsidRPr="003B72C6" w:rsidRDefault="009108A4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RESPOSTA</w:t>
            </w:r>
          </w:p>
        </w:tc>
      </w:tr>
      <w:tr w:rsidR="009108A4" w:rsidRPr="003B72C6" w14:paraId="68468FC1" w14:textId="77777777" w:rsidTr="003524CB">
        <w:tc>
          <w:tcPr>
            <w:tcW w:w="9464" w:type="dxa"/>
          </w:tcPr>
          <w:p w14:paraId="3CD591C9" w14:textId="77777777" w:rsidR="009108A4" w:rsidRPr="003B72C6" w:rsidRDefault="009108A4" w:rsidP="00D40F4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3B72C6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</w:tbl>
    <w:p w14:paraId="7605C0BE" w14:textId="77777777" w:rsidR="009108A4" w:rsidRPr="003B72C6" w:rsidRDefault="009108A4" w:rsidP="009108A4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color w:val="4F81BD" w:themeColor="accent1"/>
          <w:sz w:val="20"/>
          <w:szCs w:val="20"/>
        </w:rPr>
      </w:pPr>
    </w:p>
    <w:p w14:paraId="55C02CDD" w14:textId="77777777" w:rsidR="009108A4" w:rsidRPr="003B72C6" w:rsidRDefault="009108A4" w:rsidP="009108A4">
      <w:pPr>
        <w:pStyle w:val="Ttulo1"/>
        <w:numPr>
          <w:ilvl w:val="0"/>
          <w:numId w:val="12"/>
        </w:numPr>
        <w:tabs>
          <w:tab w:val="num" w:pos="360"/>
        </w:tabs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GESTÃO DE RISCOS</w:t>
      </w:r>
    </w:p>
    <w:p w14:paraId="4885ED3B" w14:textId="40BB4356" w:rsidR="009108A4" w:rsidRPr="003B72C6" w:rsidRDefault="007A3A78" w:rsidP="009108A4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Identifique os principais riscos internos ou externos que possam comprometer a execução ou os resultados do projeto e indique as respectivas ações de mitigação.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8"/>
        <w:gridCol w:w="2144"/>
        <w:gridCol w:w="2134"/>
        <w:gridCol w:w="2944"/>
      </w:tblGrid>
      <w:tr w:rsidR="009108A4" w:rsidRPr="003B72C6" w14:paraId="69A66B4F" w14:textId="77777777" w:rsidTr="00D40F43">
        <w:tc>
          <w:tcPr>
            <w:tcW w:w="2160" w:type="dxa"/>
            <w:shd w:val="clear" w:color="auto" w:fill="EEF5FA"/>
          </w:tcPr>
          <w:p w14:paraId="54EACD32" w14:textId="77777777" w:rsidR="009108A4" w:rsidRPr="003B72C6" w:rsidRDefault="009108A4" w:rsidP="007A3A78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Risco</w:t>
            </w:r>
          </w:p>
        </w:tc>
        <w:tc>
          <w:tcPr>
            <w:tcW w:w="2160" w:type="dxa"/>
            <w:shd w:val="clear" w:color="auto" w:fill="EEF5FA"/>
          </w:tcPr>
          <w:p w14:paraId="4ECECC0F" w14:textId="77777777" w:rsidR="009108A4" w:rsidRPr="003B72C6" w:rsidRDefault="009108A4" w:rsidP="007A3A78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Probabilidade</w:t>
            </w:r>
          </w:p>
        </w:tc>
        <w:tc>
          <w:tcPr>
            <w:tcW w:w="2160" w:type="dxa"/>
            <w:shd w:val="clear" w:color="auto" w:fill="EEF5FA"/>
          </w:tcPr>
          <w:p w14:paraId="6E772D91" w14:textId="77777777" w:rsidR="009108A4" w:rsidRPr="003B72C6" w:rsidRDefault="009108A4" w:rsidP="007A3A78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Impacto</w:t>
            </w:r>
          </w:p>
        </w:tc>
        <w:tc>
          <w:tcPr>
            <w:tcW w:w="2984" w:type="dxa"/>
            <w:shd w:val="clear" w:color="auto" w:fill="EEF5FA"/>
          </w:tcPr>
          <w:p w14:paraId="6D1C16DF" w14:textId="77777777" w:rsidR="009108A4" w:rsidRPr="003B72C6" w:rsidRDefault="009108A4" w:rsidP="007A3A78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Mitigação</w:t>
            </w:r>
          </w:p>
        </w:tc>
      </w:tr>
      <w:tr w:rsidR="009108A4" w:rsidRPr="003B72C6" w14:paraId="4DE1E9AC" w14:textId="77777777" w:rsidTr="00D40F43">
        <w:tc>
          <w:tcPr>
            <w:tcW w:w="2160" w:type="dxa"/>
          </w:tcPr>
          <w:p w14:paraId="306FB11B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7EA38DE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F94713D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84" w:type="dxa"/>
          </w:tcPr>
          <w:p w14:paraId="7CC93422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08A4" w:rsidRPr="003B72C6" w14:paraId="4215BB10" w14:textId="77777777" w:rsidTr="00D40F43">
        <w:tc>
          <w:tcPr>
            <w:tcW w:w="2160" w:type="dxa"/>
          </w:tcPr>
          <w:p w14:paraId="6ECE45EC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A5D51C9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9179151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84" w:type="dxa"/>
          </w:tcPr>
          <w:p w14:paraId="482EAFA9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08A4" w:rsidRPr="003B72C6" w14:paraId="65E2F428" w14:textId="77777777" w:rsidTr="00D40F43">
        <w:tc>
          <w:tcPr>
            <w:tcW w:w="2160" w:type="dxa"/>
          </w:tcPr>
          <w:p w14:paraId="56B63864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79E3D87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CAB3EC7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84" w:type="dxa"/>
          </w:tcPr>
          <w:p w14:paraId="50945739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108A4" w:rsidRPr="003B72C6" w14:paraId="249D9FD6" w14:textId="77777777" w:rsidTr="00D40F43">
        <w:tc>
          <w:tcPr>
            <w:tcW w:w="2160" w:type="dxa"/>
          </w:tcPr>
          <w:p w14:paraId="4EBD8330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75EAE6A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655FA83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84" w:type="dxa"/>
          </w:tcPr>
          <w:p w14:paraId="0B7863E9" w14:textId="77777777" w:rsidR="009108A4" w:rsidRPr="003B72C6" w:rsidRDefault="009108A4" w:rsidP="007A3A78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A497878" w14:textId="2C1645F9" w:rsidR="0049227A" w:rsidRPr="003B72C6" w:rsidRDefault="0049227A" w:rsidP="00381860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CRONOGRAMA DE REPASSE (APENAS DA CONTRAPARTIDA FINANCEIRA)</w:t>
      </w:r>
    </w:p>
    <w:p w14:paraId="73639E09" w14:textId="77777777" w:rsidR="000B3CC2" w:rsidRPr="003B72C6" w:rsidRDefault="00E16551" w:rsidP="00E16551">
      <w:pPr>
        <w:pStyle w:val="Guidance"/>
        <w:keepNext/>
        <w:spacing w:before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Preencher o cronograma de repasse conforme a duração e as necessidades financeiras do projeto.</w:t>
      </w:r>
    </w:p>
    <w:p w14:paraId="69303490" w14:textId="77777777" w:rsidR="000B3CC2" w:rsidRPr="003B72C6" w:rsidRDefault="004A0E0C" w:rsidP="000B3CC2">
      <w:pPr>
        <w:pStyle w:val="Guidance"/>
        <w:keepNext/>
        <w:spacing w:before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Recomenda-se que a</w:t>
      </w:r>
      <w:r w:rsidR="00E16551" w:rsidRPr="003B72C6">
        <w:rPr>
          <w:rFonts w:asciiTheme="majorHAnsi" w:hAnsiTheme="majorHAnsi" w:cstheme="majorHAnsi"/>
          <w:lang w:val="pt-BR"/>
        </w:rPr>
        <w:t xml:space="preserve"> primeira parcela </w:t>
      </w:r>
      <w:r w:rsidRPr="003B72C6">
        <w:rPr>
          <w:rFonts w:asciiTheme="majorHAnsi" w:hAnsiTheme="majorHAnsi" w:cstheme="majorHAnsi"/>
          <w:lang w:val="pt-BR"/>
        </w:rPr>
        <w:t>corresponda</w:t>
      </w:r>
      <w:r w:rsidR="00E16551" w:rsidRPr="003B72C6">
        <w:rPr>
          <w:rFonts w:asciiTheme="majorHAnsi" w:hAnsiTheme="majorHAnsi" w:cstheme="majorHAnsi"/>
          <w:lang w:val="pt-BR"/>
        </w:rPr>
        <w:t xml:space="preserve"> </w:t>
      </w:r>
      <w:r w:rsidRPr="003B72C6">
        <w:rPr>
          <w:rFonts w:asciiTheme="majorHAnsi" w:hAnsiTheme="majorHAnsi" w:cstheme="majorHAnsi"/>
          <w:lang w:val="pt-BR"/>
        </w:rPr>
        <w:t>a</w:t>
      </w:r>
      <w:r w:rsidR="00E16551" w:rsidRPr="003B72C6">
        <w:rPr>
          <w:rFonts w:asciiTheme="majorHAnsi" w:hAnsiTheme="majorHAnsi" w:cstheme="majorHAnsi"/>
          <w:lang w:val="pt-BR"/>
        </w:rPr>
        <w:t xml:space="preserve">té 30% do valor total </w:t>
      </w:r>
      <w:r w:rsidRPr="003B72C6">
        <w:rPr>
          <w:rFonts w:asciiTheme="majorHAnsi" w:hAnsiTheme="majorHAnsi" w:cstheme="majorHAnsi"/>
          <w:lang w:val="pt-BR"/>
        </w:rPr>
        <w:t>do aporte do Sesi-PR</w:t>
      </w:r>
      <w:r w:rsidR="00E16551" w:rsidRPr="003B72C6">
        <w:rPr>
          <w:rFonts w:asciiTheme="majorHAnsi" w:hAnsiTheme="majorHAnsi" w:cstheme="majorHAnsi"/>
          <w:lang w:val="pt-BR"/>
        </w:rPr>
        <w:t>. Caso seja necessário percentual superior, deverá ser apresentada justificativa.</w:t>
      </w:r>
    </w:p>
    <w:p w14:paraId="0FFCE69B" w14:textId="0F58AEFC" w:rsidR="0049227A" w:rsidRPr="003B72C6" w:rsidRDefault="00E16551" w:rsidP="000B3CC2">
      <w:pPr>
        <w:pStyle w:val="Guidance"/>
        <w:keepNext/>
        <w:spacing w:before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As parcelas seguintes deverão ser programadas considerando que somente poderão ser repassadas após a análise e aprovação da prestação de contas anterior. Portanto, a data prevista para o novo repasse deverá ser posterior ao mês previsto para a respectiva prestação de contas, contemplando prazo adequado para sua análise.</w:t>
      </w:r>
    </w:p>
    <w:p w14:paraId="534B7805" w14:textId="77777777" w:rsidR="000B3CC2" w:rsidRPr="003B72C6" w:rsidRDefault="000B3CC2" w:rsidP="000B3CC2">
      <w:pPr>
        <w:pStyle w:val="Guidance"/>
        <w:keepNext/>
        <w:spacing w:before="200"/>
        <w:jc w:val="both"/>
        <w:rPr>
          <w:rFonts w:asciiTheme="majorHAnsi" w:hAnsiTheme="majorHAnsi" w:cstheme="majorHAnsi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</w:tblGrid>
      <w:tr w:rsidR="00EE30BD" w:rsidRPr="003B72C6" w14:paraId="537DBC68" w14:textId="77777777" w:rsidTr="002D3B26">
        <w:trPr>
          <w:trHeight w:val="300"/>
          <w:jc w:val="center"/>
        </w:trPr>
        <w:tc>
          <w:tcPr>
            <w:tcW w:w="2160" w:type="dxa"/>
            <w:shd w:val="clear" w:color="auto" w:fill="EEF5FA"/>
          </w:tcPr>
          <w:p w14:paraId="7EB529E8" w14:textId="6C3D966B" w:rsidR="00EE30BD" w:rsidRPr="003B72C6" w:rsidRDefault="00EE30BD" w:rsidP="002D3B26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Parcela</w:t>
            </w:r>
          </w:p>
        </w:tc>
        <w:tc>
          <w:tcPr>
            <w:tcW w:w="2160" w:type="dxa"/>
            <w:shd w:val="clear" w:color="auto" w:fill="EEF5FA"/>
          </w:tcPr>
          <w:p w14:paraId="742785AC" w14:textId="1FEE3667" w:rsidR="00EE30BD" w:rsidRPr="003B72C6" w:rsidRDefault="00EE30BD" w:rsidP="002D3B26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Valor (R$)</w:t>
            </w:r>
          </w:p>
        </w:tc>
        <w:tc>
          <w:tcPr>
            <w:tcW w:w="2160" w:type="dxa"/>
            <w:shd w:val="clear" w:color="auto" w:fill="EEF5FA"/>
          </w:tcPr>
          <w:p w14:paraId="66F6002B" w14:textId="62DDE144" w:rsidR="00EE30BD" w:rsidRPr="003B72C6" w:rsidRDefault="00EE30BD" w:rsidP="002D3B26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Mês previsto</w:t>
            </w:r>
            <w:r w:rsidR="00352341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 (1,</w:t>
            </w:r>
            <w:proofErr w:type="gramStart"/>
            <w:r w:rsidR="00352341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2,3,..</w:t>
            </w:r>
            <w:proofErr w:type="gramEnd"/>
            <w:r w:rsidR="00352341"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</w:tr>
      <w:tr w:rsidR="00EE30BD" w:rsidRPr="003B72C6" w14:paraId="6BC24A24" w14:textId="77777777" w:rsidTr="00B7049F">
        <w:trPr>
          <w:trHeight w:val="300"/>
          <w:jc w:val="center"/>
        </w:trPr>
        <w:tc>
          <w:tcPr>
            <w:tcW w:w="2160" w:type="dxa"/>
          </w:tcPr>
          <w:p w14:paraId="4F0B0273" w14:textId="11C07CE3" w:rsidR="00EE30BD" w:rsidRPr="003B72C6" w:rsidRDefault="00EE30BD" w:rsidP="002D3B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14:paraId="19B1C909" w14:textId="14BDC3BE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ABC6CB2" w14:textId="77777777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30BD" w:rsidRPr="003B72C6" w14:paraId="31451354" w14:textId="77777777" w:rsidTr="00B7049F">
        <w:trPr>
          <w:trHeight w:val="300"/>
          <w:jc w:val="center"/>
        </w:trPr>
        <w:tc>
          <w:tcPr>
            <w:tcW w:w="2160" w:type="dxa"/>
          </w:tcPr>
          <w:p w14:paraId="69F1C2E6" w14:textId="2083C73D" w:rsidR="00EE30BD" w:rsidRPr="003B72C6" w:rsidRDefault="00EE30BD" w:rsidP="002D3B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17A33201" w14:textId="3073EA56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DD50B32" w14:textId="77777777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30BD" w:rsidRPr="003B72C6" w14:paraId="17FC709A" w14:textId="77777777" w:rsidTr="00B7049F">
        <w:trPr>
          <w:trHeight w:val="300"/>
          <w:jc w:val="center"/>
        </w:trPr>
        <w:tc>
          <w:tcPr>
            <w:tcW w:w="2160" w:type="dxa"/>
          </w:tcPr>
          <w:p w14:paraId="19BDA9BD" w14:textId="7A7F4087" w:rsidR="00EE30BD" w:rsidRPr="003B72C6" w:rsidRDefault="00EE30BD" w:rsidP="002D3B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42035050" w14:textId="67B15959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D6457B5" w14:textId="77777777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E30BD" w:rsidRPr="003B72C6" w14:paraId="53E8170B" w14:textId="77777777" w:rsidTr="00B7049F">
        <w:trPr>
          <w:trHeight w:val="300"/>
          <w:jc w:val="center"/>
        </w:trPr>
        <w:tc>
          <w:tcPr>
            <w:tcW w:w="2160" w:type="dxa"/>
          </w:tcPr>
          <w:p w14:paraId="62BD47B0" w14:textId="7F6F7676" w:rsidR="00EE30BD" w:rsidRPr="003B72C6" w:rsidRDefault="00382C1D" w:rsidP="002D3B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…</w:t>
            </w:r>
          </w:p>
        </w:tc>
        <w:tc>
          <w:tcPr>
            <w:tcW w:w="2160" w:type="dxa"/>
          </w:tcPr>
          <w:p w14:paraId="4A789551" w14:textId="03A8186A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EEB784B" w14:textId="77777777" w:rsidR="00EE30BD" w:rsidRPr="003B72C6" w:rsidRDefault="00EE30BD" w:rsidP="00307BA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311EF7F" w14:textId="77777777" w:rsidR="0049227A" w:rsidRPr="003B72C6" w:rsidRDefault="0049227A" w:rsidP="0049227A">
      <w:pPr>
        <w:rPr>
          <w:rFonts w:asciiTheme="majorHAnsi" w:hAnsiTheme="majorHAnsi" w:cstheme="majorHAnsi"/>
        </w:rPr>
      </w:pPr>
    </w:p>
    <w:p w14:paraId="34643389" w14:textId="79583EF6" w:rsidR="00483E00" w:rsidRPr="003B72C6" w:rsidRDefault="001C46F8" w:rsidP="00381860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PRESTAÇÃO DE CONTAS</w:t>
      </w:r>
    </w:p>
    <w:p w14:paraId="7E4F0413" w14:textId="43D6E211" w:rsidR="25C58D67" w:rsidRPr="003B72C6" w:rsidRDefault="004C21E2" w:rsidP="00382C1D">
      <w:pPr>
        <w:pStyle w:val="Guidance"/>
        <w:keepNext/>
        <w:spacing w:before="200"/>
        <w:jc w:val="both"/>
        <w:rPr>
          <w:rFonts w:asciiTheme="majorHAnsi" w:hAnsiTheme="majorHAnsi" w:cstheme="majorHAnsi"/>
          <w:lang w:val="pt-BR"/>
        </w:rPr>
      </w:pPr>
      <w:r w:rsidRPr="003B72C6">
        <w:rPr>
          <w:rFonts w:asciiTheme="majorHAnsi" w:hAnsiTheme="majorHAnsi" w:cstheme="majorHAnsi"/>
          <w:lang w:val="pt-BR"/>
        </w:rPr>
        <w:t>Preencher o cronograma considerando a realização de prestação de contas a cada 6 meses de execução do projeto.</w:t>
      </w:r>
      <w:r w:rsidR="00382C1D" w:rsidRPr="003B72C6">
        <w:rPr>
          <w:rFonts w:asciiTheme="majorHAnsi" w:hAnsiTheme="majorHAnsi" w:cstheme="majorHAnsi"/>
          <w:lang w:val="pt-BR"/>
        </w:rPr>
        <w:t xml:space="preserve"> </w:t>
      </w:r>
      <w:r w:rsidRPr="003B72C6">
        <w:rPr>
          <w:rFonts w:asciiTheme="majorHAnsi" w:hAnsiTheme="majorHAnsi" w:cstheme="majorHAnsi"/>
          <w:lang w:val="pt-BR"/>
        </w:rPr>
        <w:t>Informar no quadro o mês previsto para cada prestação de contas.</w:t>
      </w:r>
    </w:p>
    <w:p w14:paraId="677A470E" w14:textId="77777777" w:rsidR="003A10F4" w:rsidRPr="003B72C6" w:rsidRDefault="003A10F4" w:rsidP="004C21E2">
      <w:pPr>
        <w:pStyle w:val="Guidance"/>
        <w:keepNext/>
        <w:spacing w:before="200" w:after="200"/>
        <w:jc w:val="both"/>
        <w:rPr>
          <w:rFonts w:asciiTheme="majorHAnsi" w:hAnsiTheme="majorHAnsi" w:cstheme="majorHAnsi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</w:tblGrid>
      <w:tr w:rsidR="0060175C" w:rsidRPr="003B72C6" w14:paraId="12436777" w14:textId="13BB837D" w:rsidTr="00BC79D8">
        <w:trPr>
          <w:trHeight w:val="300"/>
          <w:jc w:val="center"/>
        </w:trPr>
        <w:tc>
          <w:tcPr>
            <w:tcW w:w="2160" w:type="dxa"/>
          </w:tcPr>
          <w:p w14:paraId="30062F14" w14:textId="4D49AE28" w:rsidR="0060175C" w:rsidRPr="003B72C6" w:rsidRDefault="0060175C" w:rsidP="00382C1D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 xml:space="preserve">Prestação de contas </w:t>
            </w:r>
          </w:p>
        </w:tc>
        <w:tc>
          <w:tcPr>
            <w:tcW w:w="2160" w:type="dxa"/>
          </w:tcPr>
          <w:p w14:paraId="1BB0054A" w14:textId="22290A22" w:rsidR="0060175C" w:rsidRPr="003B72C6" w:rsidRDefault="0060175C" w:rsidP="00382C1D">
            <w:pPr>
              <w:spacing w:before="40" w:after="40"/>
              <w:jc w:val="center"/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</w:pPr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Mês previsto (1,</w:t>
            </w:r>
            <w:proofErr w:type="gramStart"/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2,3,..</w:t>
            </w:r>
            <w:proofErr w:type="gramEnd"/>
            <w:r w:rsidRPr="003B72C6">
              <w:rPr>
                <w:rFonts w:asciiTheme="majorHAnsi" w:eastAsiaTheme="minorHAnsi" w:hAnsiTheme="majorHAnsi" w:cstheme="majorHAnsi"/>
                <w:b/>
                <w:bCs/>
                <w:color w:val="1F4E79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</w:tr>
      <w:tr w:rsidR="0060175C" w:rsidRPr="003B72C6" w14:paraId="1447CEEF" w14:textId="48ED2F69" w:rsidTr="00BC79D8">
        <w:trPr>
          <w:trHeight w:val="300"/>
          <w:jc w:val="center"/>
        </w:trPr>
        <w:tc>
          <w:tcPr>
            <w:tcW w:w="2160" w:type="dxa"/>
          </w:tcPr>
          <w:p w14:paraId="7B341FDC" w14:textId="0070F5F2" w:rsidR="0060175C" w:rsidRPr="003B72C6" w:rsidRDefault="0060175C" w:rsidP="00382C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Parcial 1</w:t>
            </w:r>
          </w:p>
        </w:tc>
        <w:tc>
          <w:tcPr>
            <w:tcW w:w="2160" w:type="dxa"/>
          </w:tcPr>
          <w:p w14:paraId="4E40B712" w14:textId="77777777" w:rsidR="0060175C" w:rsidRPr="003B72C6" w:rsidRDefault="0060175C" w:rsidP="00A5686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175C" w:rsidRPr="003B72C6" w14:paraId="67FDB915" w14:textId="65344EA4" w:rsidTr="00BC79D8">
        <w:trPr>
          <w:trHeight w:val="300"/>
          <w:jc w:val="center"/>
        </w:trPr>
        <w:tc>
          <w:tcPr>
            <w:tcW w:w="2160" w:type="dxa"/>
          </w:tcPr>
          <w:p w14:paraId="34A373D8" w14:textId="560A9CEE" w:rsidR="0060175C" w:rsidRPr="003B72C6" w:rsidRDefault="0060175C" w:rsidP="00382C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Parcial 2</w:t>
            </w:r>
          </w:p>
        </w:tc>
        <w:tc>
          <w:tcPr>
            <w:tcW w:w="2160" w:type="dxa"/>
          </w:tcPr>
          <w:p w14:paraId="22B9D1CE" w14:textId="77777777" w:rsidR="0060175C" w:rsidRPr="003B72C6" w:rsidRDefault="0060175C" w:rsidP="00A5686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175C" w:rsidRPr="003B72C6" w14:paraId="4C668FE6" w14:textId="32E6CB9F" w:rsidTr="00BC79D8">
        <w:trPr>
          <w:trHeight w:val="300"/>
          <w:jc w:val="center"/>
        </w:trPr>
        <w:tc>
          <w:tcPr>
            <w:tcW w:w="2160" w:type="dxa"/>
          </w:tcPr>
          <w:p w14:paraId="16B39D24" w14:textId="00E89CBE" w:rsidR="0060175C" w:rsidRPr="003B72C6" w:rsidRDefault="0060175C" w:rsidP="00382C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Parcial 3 (se aplicável)</w:t>
            </w:r>
          </w:p>
        </w:tc>
        <w:tc>
          <w:tcPr>
            <w:tcW w:w="2160" w:type="dxa"/>
          </w:tcPr>
          <w:p w14:paraId="5B1E6CE6" w14:textId="77777777" w:rsidR="0060175C" w:rsidRPr="003B72C6" w:rsidRDefault="0060175C" w:rsidP="00A5686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0175C" w:rsidRPr="003B72C6" w14:paraId="16C27C61" w14:textId="2ABCEB6C" w:rsidTr="00BC79D8">
        <w:trPr>
          <w:trHeight w:val="300"/>
          <w:jc w:val="center"/>
        </w:trPr>
        <w:tc>
          <w:tcPr>
            <w:tcW w:w="2160" w:type="dxa"/>
          </w:tcPr>
          <w:p w14:paraId="1BE74295" w14:textId="2C8AFE90" w:rsidR="0060175C" w:rsidRPr="003B72C6" w:rsidRDefault="0060175C" w:rsidP="00382C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B72C6">
              <w:rPr>
                <w:rFonts w:asciiTheme="majorHAnsi" w:hAnsiTheme="majorHAnsi" w:cstheme="majorHAnsi"/>
                <w:sz w:val="20"/>
                <w:szCs w:val="20"/>
              </w:rPr>
              <w:t>Final</w:t>
            </w:r>
          </w:p>
        </w:tc>
        <w:tc>
          <w:tcPr>
            <w:tcW w:w="2160" w:type="dxa"/>
          </w:tcPr>
          <w:p w14:paraId="2CA04BE7" w14:textId="77777777" w:rsidR="0060175C" w:rsidRPr="003B72C6" w:rsidRDefault="0060175C" w:rsidP="00A5686A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319DC06" w14:textId="02F6CF29" w:rsidR="00483E00" w:rsidRPr="003B72C6" w:rsidRDefault="00483E00" w:rsidP="0EC12C13">
      <w:pPr>
        <w:spacing w:after="0" w:line="240" w:lineRule="auto"/>
        <w:ind w:left="360" w:hanging="76"/>
        <w:jc w:val="both"/>
        <w:rPr>
          <w:rFonts w:asciiTheme="majorHAnsi" w:eastAsia="Courier New" w:hAnsiTheme="majorHAnsi" w:cstheme="majorHAnsi"/>
          <w:b/>
          <w:bCs/>
          <w:color w:val="4F81BD" w:themeColor="accent1"/>
          <w:sz w:val="20"/>
          <w:szCs w:val="20"/>
        </w:rPr>
      </w:pPr>
    </w:p>
    <w:p w14:paraId="5FDE59F1" w14:textId="5EDD0598" w:rsidR="00591B3D" w:rsidRDefault="00591B3D" w:rsidP="00381860">
      <w:pPr>
        <w:pStyle w:val="Ttulo1"/>
        <w:numPr>
          <w:ilvl w:val="0"/>
          <w:numId w:val="12"/>
        </w:numPr>
        <w:spacing w:before="200" w:after="80" w:line="259" w:lineRule="auto"/>
        <w:rPr>
          <w:rFonts w:cstheme="majorHAnsi"/>
          <w:color w:val="2F75B5"/>
          <w:sz w:val="24"/>
          <w:szCs w:val="24"/>
        </w:rPr>
      </w:pPr>
      <w:r w:rsidRPr="003B72C6">
        <w:rPr>
          <w:rFonts w:cstheme="majorHAnsi"/>
          <w:color w:val="2F75B5"/>
          <w:sz w:val="24"/>
          <w:szCs w:val="24"/>
        </w:rPr>
        <w:t>ANEXOS</w:t>
      </w:r>
    </w:p>
    <w:p w14:paraId="370FAEAC" w14:textId="0AB21FEB" w:rsidR="00051F14" w:rsidRPr="00051F14" w:rsidRDefault="00051F14" w:rsidP="00051F14">
      <w:pPr>
        <w:pStyle w:val="Guidance"/>
        <w:keepNext/>
        <w:numPr>
          <w:ilvl w:val="0"/>
          <w:numId w:val="13"/>
        </w:numPr>
        <w:spacing w:after="0"/>
        <w:ind w:left="714" w:hanging="357"/>
        <w:jc w:val="both"/>
        <w:rPr>
          <w:rFonts w:asciiTheme="majorHAnsi" w:hAnsiTheme="majorHAnsi" w:cstheme="majorHAnsi"/>
          <w:color w:val="FF0000"/>
          <w:lang w:val="pt-BR"/>
        </w:rPr>
      </w:pPr>
      <w:r w:rsidRPr="00051F14">
        <w:rPr>
          <w:rFonts w:asciiTheme="majorHAnsi" w:hAnsiTheme="majorHAnsi" w:cstheme="majorHAnsi"/>
          <w:color w:val="FF0000"/>
          <w:lang w:val="pt-BR"/>
        </w:rPr>
        <w:t>Currículo resumido dos integrantes da equipe</w:t>
      </w:r>
      <w:r w:rsidR="00591B3D" w:rsidRPr="00051F14">
        <w:rPr>
          <w:rFonts w:asciiTheme="majorHAnsi" w:hAnsiTheme="majorHAnsi" w:cstheme="majorHAnsi"/>
          <w:color w:val="FF0000"/>
          <w:lang w:val="pt-BR"/>
        </w:rPr>
        <w:t xml:space="preserve"> executora</w:t>
      </w:r>
      <w:r w:rsidRPr="00051F14">
        <w:rPr>
          <w:rFonts w:asciiTheme="majorHAnsi" w:hAnsiTheme="majorHAnsi" w:cstheme="majorHAnsi"/>
          <w:color w:val="FF0000"/>
          <w:lang w:val="pt-BR"/>
        </w:rPr>
        <w:t>;</w:t>
      </w:r>
    </w:p>
    <w:p w14:paraId="23110CD9" w14:textId="6672F039" w:rsidR="00051F14" w:rsidRPr="00051F14" w:rsidRDefault="00051F14" w:rsidP="00051F14">
      <w:pPr>
        <w:pStyle w:val="Guidance"/>
        <w:keepNext/>
        <w:numPr>
          <w:ilvl w:val="0"/>
          <w:numId w:val="13"/>
        </w:numPr>
        <w:spacing w:after="0"/>
        <w:ind w:left="714" w:hanging="357"/>
        <w:jc w:val="both"/>
        <w:rPr>
          <w:rFonts w:asciiTheme="majorHAnsi" w:hAnsiTheme="majorHAnsi" w:cstheme="majorHAnsi"/>
          <w:color w:val="FF0000"/>
          <w:lang w:val="pt-BR"/>
        </w:rPr>
      </w:pPr>
      <w:r w:rsidRPr="00051F14">
        <w:rPr>
          <w:rFonts w:asciiTheme="majorHAnsi" w:hAnsiTheme="majorHAnsi" w:cstheme="majorHAnsi"/>
          <w:color w:val="FF0000"/>
          <w:lang w:val="pt-BR"/>
        </w:rPr>
        <w:t>Memória de cálculo das contrapartidas econômicas e/ou financeiras;</w:t>
      </w:r>
    </w:p>
    <w:p w14:paraId="5880CA51" w14:textId="57047693" w:rsidR="00591B3D" w:rsidRPr="00051F14" w:rsidRDefault="00051F14" w:rsidP="00051F14">
      <w:pPr>
        <w:pStyle w:val="Guidance"/>
        <w:keepNext/>
        <w:numPr>
          <w:ilvl w:val="0"/>
          <w:numId w:val="13"/>
        </w:numPr>
        <w:spacing w:after="0"/>
        <w:ind w:left="714" w:hanging="357"/>
        <w:jc w:val="both"/>
        <w:rPr>
          <w:rFonts w:asciiTheme="majorHAnsi" w:hAnsiTheme="majorHAnsi" w:cstheme="majorHAnsi"/>
          <w:color w:val="FF0000"/>
          <w:lang w:val="pt-BR"/>
        </w:rPr>
      </w:pPr>
      <w:r w:rsidRPr="00051F14">
        <w:rPr>
          <w:rFonts w:asciiTheme="majorHAnsi" w:hAnsiTheme="majorHAnsi" w:cstheme="majorHAnsi"/>
          <w:color w:val="FF0000"/>
          <w:lang w:val="pt-BR"/>
        </w:rPr>
        <w:t>Outros</w:t>
      </w:r>
      <w:r w:rsidR="00591B3D" w:rsidRPr="00051F14">
        <w:rPr>
          <w:rFonts w:asciiTheme="majorHAnsi" w:hAnsiTheme="majorHAnsi" w:cstheme="majorHAnsi"/>
          <w:color w:val="FF0000"/>
          <w:lang w:val="pt-BR"/>
        </w:rPr>
        <w:t xml:space="preserve"> anexos relevantes para o projeto.</w:t>
      </w:r>
    </w:p>
    <w:sectPr w:rsidR="00591B3D" w:rsidRPr="00051F14" w:rsidSect="006A6399">
      <w:headerReference w:type="default" r:id="rId11"/>
      <w:footerReference w:type="default" r:id="rId12"/>
      <w:pgSz w:w="12240" w:h="15840"/>
      <w:pgMar w:top="23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EB46D" w14:textId="77777777" w:rsidR="00D22FFD" w:rsidRPr="008F26DF" w:rsidRDefault="00D22FFD" w:rsidP="006A6399">
      <w:pPr>
        <w:spacing w:after="0" w:line="240" w:lineRule="auto"/>
      </w:pPr>
      <w:r w:rsidRPr="008F26DF">
        <w:separator/>
      </w:r>
    </w:p>
  </w:endnote>
  <w:endnote w:type="continuationSeparator" w:id="0">
    <w:p w14:paraId="01900274" w14:textId="77777777" w:rsidR="00D22FFD" w:rsidRPr="008F26DF" w:rsidRDefault="00D22FFD" w:rsidP="006A6399">
      <w:pPr>
        <w:spacing w:after="0" w:line="240" w:lineRule="auto"/>
      </w:pPr>
      <w:r w:rsidRPr="008F26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89B64" w14:textId="66D00F4E" w:rsidR="006A6399" w:rsidRPr="008F26DF" w:rsidRDefault="0047020E" w:rsidP="0047020E">
    <w:pPr>
      <w:pStyle w:val="Rodap"/>
      <w:tabs>
        <w:tab w:val="clear" w:pos="468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6E81FA4" wp14:editId="6A98DFDF">
          <wp:simplePos x="0" y="0"/>
          <wp:positionH relativeFrom="column">
            <wp:posOffset>-1280160</wp:posOffset>
          </wp:positionH>
          <wp:positionV relativeFrom="paragraph">
            <wp:posOffset>-161696</wp:posOffset>
          </wp:positionV>
          <wp:extent cx="8189818" cy="816356"/>
          <wp:effectExtent l="0" t="0" r="1905" b="3175"/>
          <wp:wrapNone/>
          <wp:docPr id="75484465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844656" name="Imagem 7548446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14543" cy="838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DD57A" w14:textId="77777777" w:rsidR="00D22FFD" w:rsidRPr="008F26DF" w:rsidRDefault="00D22FFD" w:rsidP="006A6399">
      <w:pPr>
        <w:spacing w:after="0" w:line="240" w:lineRule="auto"/>
      </w:pPr>
      <w:r w:rsidRPr="008F26DF">
        <w:separator/>
      </w:r>
    </w:p>
  </w:footnote>
  <w:footnote w:type="continuationSeparator" w:id="0">
    <w:p w14:paraId="05B401AC" w14:textId="77777777" w:rsidR="00D22FFD" w:rsidRPr="008F26DF" w:rsidRDefault="00D22FFD" w:rsidP="006A6399">
      <w:pPr>
        <w:spacing w:after="0" w:line="240" w:lineRule="auto"/>
      </w:pPr>
      <w:r w:rsidRPr="008F26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9E1C" w14:textId="7832B0B6" w:rsidR="006A6399" w:rsidRPr="008F26DF" w:rsidRDefault="0047020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B2241D" wp14:editId="58707835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61114" cy="1316736"/>
          <wp:effectExtent l="0" t="0" r="0" b="0"/>
          <wp:wrapNone/>
          <wp:docPr id="14825400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40068" name="Imagem 14825400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1189" cy="1321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D954A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3BB2DB8"/>
    <w:multiLevelType w:val="hybridMultilevel"/>
    <w:tmpl w:val="611AB8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030AE"/>
    <w:multiLevelType w:val="multilevel"/>
    <w:tmpl w:val="65B417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5FA5663"/>
    <w:multiLevelType w:val="hybridMultilevel"/>
    <w:tmpl w:val="9B9C19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496664">
    <w:abstractNumId w:val="8"/>
  </w:num>
  <w:num w:numId="2" w16cid:durableId="1675690977">
    <w:abstractNumId w:val="6"/>
  </w:num>
  <w:num w:numId="3" w16cid:durableId="936207601">
    <w:abstractNumId w:val="5"/>
  </w:num>
  <w:num w:numId="4" w16cid:durableId="2004165103">
    <w:abstractNumId w:val="4"/>
  </w:num>
  <w:num w:numId="5" w16cid:durableId="2067875113">
    <w:abstractNumId w:val="7"/>
  </w:num>
  <w:num w:numId="6" w16cid:durableId="1154760573">
    <w:abstractNumId w:val="3"/>
  </w:num>
  <w:num w:numId="7" w16cid:durableId="1179734150">
    <w:abstractNumId w:val="2"/>
  </w:num>
  <w:num w:numId="8" w16cid:durableId="351146053">
    <w:abstractNumId w:val="1"/>
  </w:num>
  <w:num w:numId="9" w16cid:durableId="546113118">
    <w:abstractNumId w:val="0"/>
  </w:num>
  <w:num w:numId="10" w16cid:durableId="911817922">
    <w:abstractNumId w:val="11"/>
  </w:num>
  <w:num w:numId="11" w16cid:durableId="1829590512">
    <w:abstractNumId w:val="10"/>
  </w:num>
  <w:num w:numId="12" w16cid:durableId="30888258">
    <w:abstractNumId w:val="9"/>
  </w:num>
  <w:num w:numId="13" w16cid:durableId="123812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C87"/>
    <w:rsid w:val="0001643F"/>
    <w:rsid w:val="00023866"/>
    <w:rsid w:val="000308DD"/>
    <w:rsid w:val="0003180E"/>
    <w:rsid w:val="00034616"/>
    <w:rsid w:val="00051F14"/>
    <w:rsid w:val="0006063C"/>
    <w:rsid w:val="00061C2F"/>
    <w:rsid w:val="00072875"/>
    <w:rsid w:val="0007588D"/>
    <w:rsid w:val="00096206"/>
    <w:rsid w:val="000A3A97"/>
    <w:rsid w:val="000A67B3"/>
    <w:rsid w:val="000B39E3"/>
    <w:rsid w:val="000B3CC2"/>
    <w:rsid w:val="000E3E63"/>
    <w:rsid w:val="000F3D83"/>
    <w:rsid w:val="000F4BAD"/>
    <w:rsid w:val="000F4C56"/>
    <w:rsid w:val="000F6613"/>
    <w:rsid w:val="00123A8F"/>
    <w:rsid w:val="001325F9"/>
    <w:rsid w:val="0015074B"/>
    <w:rsid w:val="0015161E"/>
    <w:rsid w:val="00156FBB"/>
    <w:rsid w:val="00166270"/>
    <w:rsid w:val="00166827"/>
    <w:rsid w:val="0016722C"/>
    <w:rsid w:val="00176B08"/>
    <w:rsid w:val="0018183D"/>
    <w:rsid w:val="001851AE"/>
    <w:rsid w:val="00186D9E"/>
    <w:rsid w:val="001934D0"/>
    <w:rsid w:val="001956DD"/>
    <w:rsid w:val="001A4C08"/>
    <w:rsid w:val="001B0200"/>
    <w:rsid w:val="001B7B8F"/>
    <w:rsid w:val="001C46F8"/>
    <w:rsid w:val="001C52B8"/>
    <w:rsid w:val="001C5913"/>
    <w:rsid w:val="001E4D73"/>
    <w:rsid w:val="001F559A"/>
    <w:rsid w:val="001F6773"/>
    <w:rsid w:val="001F7402"/>
    <w:rsid w:val="00214C50"/>
    <w:rsid w:val="00246182"/>
    <w:rsid w:val="0024718A"/>
    <w:rsid w:val="002530E7"/>
    <w:rsid w:val="00262D38"/>
    <w:rsid w:val="00277B0B"/>
    <w:rsid w:val="00280072"/>
    <w:rsid w:val="002938DB"/>
    <w:rsid w:val="0029639D"/>
    <w:rsid w:val="00297349"/>
    <w:rsid w:val="002A316E"/>
    <w:rsid w:val="002B4C31"/>
    <w:rsid w:val="002B6E01"/>
    <w:rsid w:val="002C1EF5"/>
    <w:rsid w:val="002D0EEA"/>
    <w:rsid w:val="002D1128"/>
    <w:rsid w:val="002D171E"/>
    <w:rsid w:val="002D3B26"/>
    <w:rsid w:val="002D7428"/>
    <w:rsid w:val="002E58B0"/>
    <w:rsid w:val="002F58EF"/>
    <w:rsid w:val="0031107D"/>
    <w:rsid w:val="00322D1A"/>
    <w:rsid w:val="00326F90"/>
    <w:rsid w:val="00343A58"/>
    <w:rsid w:val="0035085D"/>
    <w:rsid w:val="00352341"/>
    <w:rsid w:val="003524CB"/>
    <w:rsid w:val="00361E1B"/>
    <w:rsid w:val="00363276"/>
    <w:rsid w:val="003700ED"/>
    <w:rsid w:val="00381860"/>
    <w:rsid w:val="00382C1D"/>
    <w:rsid w:val="00394D4F"/>
    <w:rsid w:val="00394E6A"/>
    <w:rsid w:val="003A10F4"/>
    <w:rsid w:val="003A3201"/>
    <w:rsid w:val="003B573E"/>
    <w:rsid w:val="003B5E2A"/>
    <w:rsid w:val="003B6E44"/>
    <w:rsid w:val="003B72C6"/>
    <w:rsid w:val="003C4178"/>
    <w:rsid w:val="003C70B0"/>
    <w:rsid w:val="003E28BC"/>
    <w:rsid w:val="003E3399"/>
    <w:rsid w:val="003E3D49"/>
    <w:rsid w:val="004003D1"/>
    <w:rsid w:val="004109DB"/>
    <w:rsid w:val="0041291E"/>
    <w:rsid w:val="00414D85"/>
    <w:rsid w:val="00425226"/>
    <w:rsid w:val="004276F9"/>
    <w:rsid w:val="004324D4"/>
    <w:rsid w:val="00432D1D"/>
    <w:rsid w:val="00434A9F"/>
    <w:rsid w:val="0044218D"/>
    <w:rsid w:val="00442C56"/>
    <w:rsid w:val="00451331"/>
    <w:rsid w:val="004663E8"/>
    <w:rsid w:val="0047020E"/>
    <w:rsid w:val="00473F84"/>
    <w:rsid w:val="00483E00"/>
    <w:rsid w:val="0049227A"/>
    <w:rsid w:val="004A0E0C"/>
    <w:rsid w:val="004B1FB2"/>
    <w:rsid w:val="004B44FA"/>
    <w:rsid w:val="004B5323"/>
    <w:rsid w:val="004C21E2"/>
    <w:rsid w:val="004E584D"/>
    <w:rsid w:val="004F2543"/>
    <w:rsid w:val="004F5026"/>
    <w:rsid w:val="00515B40"/>
    <w:rsid w:val="00523AEE"/>
    <w:rsid w:val="00541989"/>
    <w:rsid w:val="0054482F"/>
    <w:rsid w:val="00545407"/>
    <w:rsid w:val="005472AC"/>
    <w:rsid w:val="005528E6"/>
    <w:rsid w:val="00554FF7"/>
    <w:rsid w:val="005708DD"/>
    <w:rsid w:val="005716C8"/>
    <w:rsid w:val="00575237"/>
    <w:rsid w:val="00576543"/>
    <w:rsid w:val="00576BD4"/>
    <w:rsid w:val="00582B80"/>
    <w:rsid w:val="00591B3D"/>
    <w:rsid w:val="005A38D1"/>
    <w:rsid w:val="005A6770"/>
    <w:rsid w:val="005B1553"/>
    <w:rsid w:val="005C5059"/>
    <w:rsid w:val="005E6A8F"/>
    <w:rsid w:val="005F35BB"/>
    <w:rsid w:val="0060175C"/>
    <w:rsid w:val="00604595"/>
    <w:rsid w:val="00606E1F"/>
    <w:rsid w:val="00614DDF"/>
    <w:rsid w:val="00615874"/>
    <w:rsid w:val="00617977"/>
    <w:rsid w:val="00621A29"/>
    <w:rsid w:val="00641D88"/>
    <w:rsid w:val="00660C87"/>
    <w:rsid w:val="006A6399"/>
    <w:rsid w:val="006B7B6A"/>
    <w:rsid w:val="006C1868"/>
    <w:rsid w:val="006C3F31"/>
    <w:rsid w:val="006C6182"/>
    <w:rsid w:val="006D422E"/>
    <w:rsid w:val="006E70D0"/>
    <w:rsid w:val="006F26AB"/>
    <w:rsid w:val="006F3C53"/>
    <w:rsid w:val="006F5726"/>
    <w:rsid w:val="0070086D"/>
    <w:rsid w:val="00715318"/>
    <w:rsid w:val="00717819"/>
    <w:rsid w:val="00742635"/>
    <w:rsid w:val="00744535"/>
    <w:rsid w:val="00747ADF"/>
    <w:rsid w:val="00754E3B"/>
    <w:rsid w:val="007707E9"/>
    <w:rsid w:val="00771536"/>
    <w:rsid w:val="007730A9"/>
    <w:rsid w:val="00773463"/>
    <w:rsid w:val="0079000A"/>
    <w:rsid w:val="007919BE"/>
    <w:rsid w:val="007A143B"/>
    <w:rsid w:val="007A1B9D"/>
    <w:rsid w:val="007A3A78"/>
    <w:rsid w:val="007A5D91"/>
    <w:rsid w:val="007B492B"/>
    <w:rsid w:val="007B5585"/>
    <w:rsid w:val="007B5AA6"/>
    <w:rsid w:val="007B68A6"/>
    <w:rsid w:val="007C59C4"/>
    <w:rsid w:val="007D54C3"/>
    <w:rsid w:val="007F0A7E"/>
    <w:rsid w:val="007F2A2F"/>
    <w:rsid w:val="007F2D0D"/>
    <w:rsid w:val="00800A83"/>
    <w:rsid w:val="00802195"/>
    <w:rsid w:val="008228B5"/>
    <w:rsid w:val="0082373D"/>
    <w:rsid w:val="0083098E"/>
    <w:rsid w:val="00841C76"/>
    <w:rsid w:val="0084289C"/>
    <w:rsid w:val="0084449D"/>
    <w:rsid w:val="00852EF5"/>
    <w:rsid w:val="00867BF7"/>
    <w:rsid w:val="00870414"/>
    <w:rsid w:val="0087357E"/>
    <w:rsid w:val="0087695F"/>
    <w:rsid w:val="00882F6C"/>
    <w:rsid w:val="00885F7F"/>
    <w:rsid w:val="00894FF6"/>
    <w:rsid w:val="008A0C1A"/>
    <w:rsid w:val="008B48E6"/>
    <w:rsid w:val="008B6CEB"/>
    <w:rsid w:val="008C0127"/>
    <w:rsid w:val="008C35F8"/>
    <w:rsid w:val="008E4ADE"/>
    <w:rsid w:val="008F26DF"/>
    <w:rsid w:val="00901043"/>
    <w:rsid w:val="00905476"/>
    <w:rsid w:val="00907029"/>
    <w:rsid w:val="009108A4"/>
    <w:rsid w:val="009117E3"/>
    <w:rsid w:val="00913912"/>
    <w:rsid w:val="0092569D"/>
    <w:rsid w:val="0093395D"/>
    <w:rsid w:val="0094044A"/>
    <w:rsid w:val="00945328"/>
    <w:rsid w:val="00951565"/>
    <w:rsid w:val="00952671"/>
    <w:rsid w:val="00955B99"/>
    <w:rsid w:val="0096183D"/>
    <w:rsid w:val="0096200B"/>
    <w:rsid w:val="00963FC3"/>
    <w:rsid w:val="00964ECD"/>
    <w:rsid w:val="009678F1"/>
    <w:rsid w:val="00967C6C"/>
    <w:rsid w:val="00975980"/>
    <w:rsid w:val="00982D61"/>
    <w:rsid w:val="009858AB"/>
    <w:rsid w:val="009909DD"/>
    <w:rsid w:val="00996103"/>
    <w:rsid w:val="009B47EB"/>
    <w:rsid w:val="009B5012"/>
    <w:rsid w:val="009D1C15"/>
    <w:rsid w:val="009D537A"/>
    <w:rsid w:val="009E1BD0"/>
    <w:rsid w:val="009F3A84"/>
    <w:rsid w:val="009F6CD0"/>
    <w:rsid w:val="00A06011"/>
    <w:rsid w:val="00A06E15"/>
    <w:rsid w:val="00A07830"/>
    <w:rsid w:val="00A1711E"/>
    <w:rsid w:val="00A22E13"/>
    <w:rsid w:val="00A26165"/>
    <w:rsid w:val="00A327A6"/>
    <w:rsid w:val="00A51E91"/>
    <w:rsid w:val="00A5204A"/>
    <w:rsid w:val="00A54672"/>
    <w:rsid w:val="00A546ED"/>
    <w:rsid w:val="00A5686A"/>
    <w:rsid w:val="00A61EBB"/>
    <w:rsid w:val="00A624F8"/>
    <w:rsid w:val="00A65AE7"/>
    <w:rsid w:val="00A7584A"/>
    <w:rsid w:val="00A768E0"/>
    <w:rsid w:val="00A80CAF"/>
    <w:rsid w:val="00A85B60"/>
    <w:rsid w:val="00A94DDF"/>
    <w:rsid w:val="00AA077C"/>
    <w:rsid w:val="00AA1D8D"/>
    <w:rsid w:val="00AA463D"/>
    <w:rsid w:val="00AA6D51"/>
    <w:rsid w:val="00AB0214"/>
    <w:rsid w:val="00AB02B2"/>
    <w:rsid w:val="00AB2856"/>
    <w:rsid w:val="00AB3026"/>
    <w:rsid w:val="00AC446D"/>
    <w:rsid w:val="00AC721D"/>
    <w:rsid w:val="00AD05C6"/>
    <w:rsid w:val="00AE3CD6"/>
    <w:rsid w:val="00AE4E68"/>
    <w:rsid w:val="00AE591B"/>
    <w:rsid w:val="00AE6E27"/>
    <w:rsid w:val="00AF32BA"/>
    <w:rsid w:val="00AF6F78"/>
    <w:rsid w:val="00B012B0"/>
    <w:rsid w:val="00B03F4F"/>
    <w:rsid w:val="00B16DB6"/>
    <w:rsid w:val="00B22B17"/>
    <w:rsid w:val="00B26D79"/>
    <w:rsid w:val="00B3371E"/>
    <w:rsid w:val="00B34FA3"/>
    <w:rsid w:val="00B42ECB"/>
    <w:rsid w:val="00B431D2"/>
    <w:rsid w:val="00B4364B"/>
    <w:rsid w:val="00B47730"/>
    <w:rsid w:val="00B562CB"/>
    <w:rsid w:val="00B77B29"/>
    <w:rsid w:val="00B8026D"/>
    <w:rsid w:val="00B9575C"/>
    <w:rsid w:val="00B96529"/>
    <w:rsid w:val="00BB5278"/>
    <w:rsid w:val="00BC353F"/>
    <w:rsid w:val="00BC72F8"/>
    <w:rsid w:val="00BD0325"/>
    <w:rsid w:val="00BE2066"/>
    <w:rsid w:val="00BE633A"/>
    <w:rsid w:val="00C02D51"/>
    <w:rsid w:val="00C12D27"/>
    <w:rsid w:val="00C2423D"/>
    <w:rsid w:val="00C447E1"/>
    <w:rsid w:val="00C57A0D"/>
    <w:rsid w:val="00C622A8"/>
    <w:rsid w:val="00C645CD"/>
    <w:rsid w:val="00C72144"/>
    <w:rsid w:val="00C91D46"/>
    <w:rsid w:val="00CB0664"/>
    <w:rsid w:val="00CB4DDF"/>
    <w:rsid w:val="00CB4E1C"/>
    <w:rsid w:val="00CC0FF4"/>
    <w:rsid w:val="00CC23F6"/>
    <w:rsid w:val="00CC4017"/>
    <w:rsid w:val="00CD08C8"/>
    <w:rsid w:val="00CD2C17"/>
    <w:rsid w:val="00CD715F"/>
    <w:rsid w:val="00CE4167"/>
    <w:rsid w:val="00D10396"/>
    <w:rsid w:val="00D22FFD"/>
    <w:rsid w:val="00D330DB"/>
    <w:rsid w:val="00D637E3"/>
    <w:rsid w:val="00D64E3D"/>
    <w:rsid w:val="00D656A8"/>
    <w:rsid w:val="00D66092"/>
    <w:rsid w:val="00D75203"/>
    <w:rsid w:val="00D859A1"/>
    <w:rsid w:val="00D92226"/>
    <w:rsid w:val="00DD55FC"/>
    <w:rsid w:val="00DE5142"/>
    <w:rsid w:val="00E00986"/>
    <w:rsid w:val="00E03348"/>
    <w:rsid w:val="00E16551"/>
    <w:rsid w:val="00E20E1A"/>
    <w:rsid w:val="00E3069A"/>
    <w:rsid w:val="00E359CF"/>
    <w:rsid w:val="00E44AA5"/>
    <w:rsid w:val="00E60A00"/>
    <w:rsid w:val="00E717EF"/>
    <w:rsid w:val="00E73F93"/>
    <w:rsid w:val="00E84B6C"/>
    <w:rsid w:val="00E85489"/>
    <w:rsid w:val="00E86CD2"/>
    <w:rsid w:val="00E9043D"/>
    <w:rsid w:val="00E90C1F"/>
    <w:rsid w:val="00E91FD8"/>
    <w:rsid w:val="00EA0552"/>
    <w:rsid w:val="00EA6F74"/>
    <w:rsid w:val="00EB6773"/>
    <w:rsid w:val="00EC5CDD"/>
    <w:rsid w:val="00EC5E0D"/>
    <w:rsid w:val="00EC5F21"/>
    <w:rsid w:val="00EC6151"/>
    <w:rsid w:val="00ED2161"/>
    <w:rsid w:val="00ED7C2D"/>
    <w:rsid w:val="00EE0D9F"/>
    <w:rsid w:val="00EE30BD"/>
    <w:rsid w:val="00EE4C65"/>
    <w:rsid w:val="00F01177"/>
    <w:rsid w:val="00F03590"/>
    <w:rsid w:val="00F237CE"/>
    <w:rsid w:val="00F32D8C"/>
    <w:rsid w:val="00F33448"/>
    <w:rsid w:val="00F356A8"/>
    <w:rsid w:val="00F36F62"/>
    <w:rsid w:val="00F42DCE"/>
    <w:rsid w:val="00F5619C"/>
    <w:rsid w:val="00F804F8"/>
    <w:rsid w:val="00F80689"/>
    <w:rsid w:val="00F92DA4"/>
    <w:rsid w:val="00FC26B7"/>
    <w:rsid w:val="00FC423F"/>
    <w:rsid w:val="00FC4CE9"/>
    <w:rsid w:val="00FC693F"/>
    <w:rsid w:val="00FD2820"/>
    <w:rsid w:val="00FE7B29"/>
    <w:rsid w:val="07725584"/>
    <w:rsid w:val="0DD49246"/>
    <w:rsid w:val="0EC12C13"/>
    <w:rsid w:val="117278DF"/>
    <w:rsid w:val="137D48F6"/>
    <w:rsid w:val="203CCCF4"/>
    <w:rsid w:val="25C58D67"/>
    <w:rsid w:val="27D0263B"/>
    <w:rsid w:val="27DC89AB"/>
    <w:rsid w:val="27FA961B"/>
    <w:rsid w:val="2AA92C25"/>
    <w:rsid w:val="310DBDE2"/>
    <w:rsid w:val="331CC4D3"/>
    <w:rsid w:val="3755AF41"/>
    <w:rsid w:val="3FB33E68"/>
    <w:rsid w:val="4A2842FB"/>
    <w:rsid w:val="535DDB8E"/>
    <w:rsid w:val="569F244E"/>
    <w:rsid w:val="59E94EB0"/>
    <w:rsid w:val="5F6AF000"/>
    <w:rsid w:val="603FD6A1"/>
    <w:rsid w:val="60C856E3"/>
    <w:rsid w:val="65BDF860"/>
    <w:rsid w:val="675FDE84"/>
    <w:rsid w:val="69DE9564"/>
    <w:rsid w:val="6F6C79B8"/>
    <w:rsid w:val="7E5D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77DAF6"/>
  <w14:defaultImageDpi w14:val="330"/>
  <w15:docId w15:val="{A333093F-2B3B-4A96-85E4-ECD7E779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A9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C12D27"/>
    <w:pPr>
      <w:spacing w:after="0" w:line="240" w:lineRule="auto"/>
    </w:pPr>
    <w:rPr>
      <w:rFonts w:eastAsiaTheme="minorHAnsi"/>
      <w:kern w:val="2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uidance">
    <w:name w:val="Guidance"/>
    <w:rsid w:val="001C5913"/>
    <w:pPr>
      <w:spacing w:after="100" w:line="240" w:lineRule="auto"/>
    </w:pPr>
    <w:rPr>
      <w:rFonts w:ascii="Arial" w:hAnsi="Arial"/>
      <w:i/>
      <w:color w:val="666666"/>
      <w:sz w:val="18"/>
    </w:rPr>
  </w:style>
  <w:style w:type="character" w:customStyle="1" w:styleId="normaltextrun">
    <w:name w:val="normaltextrun"/>
    <w:basedOn w:val="Fontepargpadro"/>
    <w:rsid w:val="00F237CE"/>
  </w:style>
  <w:style w:type="character" w:customStyle="1" w:styleId="eop">
    <w:name w:val="eop"/>
    <w:basedOn w:val="Fontepargpadro"/>
    <w:rsid w:val="00F237CE"/>
  </w:style>
  <w:style w:type="paragraph" w:customStyle="1" w:styleId="Instrucao">
    <w:name w:val="Instrucao"/>
    <w:rsid w:val="00EE4C65"/>
    <w:pPr>
      <w:spacing w:after="80"/>
    </w:pPr>
    <w:rPr>
      <w:rFonts w:ascii="Arial" w:hAnsi="Arial"/>
      <w:i/>
      <w:color w:val="66666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88f2d7-7a96-431b-ae90-ecb9c97bb065" xsi:nil="true"/>
    <lcf76f155ced4ddcb4097134ff3c332f xmlns="f4b70f11-d3da-4d1c-a328-3070ca8abd72">
      <Terms xmlns="http://schemas.microsoft.com/office/infopath/2007/PartnerControls"/>
    </lcf76f155ced4ddcb4097134ff3c332f>
    <Status xmlns="f4b70f11-d3da-4d1c-a328-3070ca8abd7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723BE523F05F4198BBCC9F04031A99" ma:contentTypeVersion="14" ma:contentTypeDescription="Crie um novo documento." ma:contentTypeScope="" ma:versionID="12069ed9ff634ef59af97f448975273a">
  <xsd:schema xmlns:xsd="http://www.w3.org/2001/XMLSchema" xmlns:xs="http://www.w3.org/2001/XMLSchema" xmlns:p="http://schemas.microsoft.com/office/2006/metadata/properties" xmlns:ns2="f4b70f11-d3da-4d1c-a328-3070ca8abd72" xmlns:ns3="6888f2d7-7a96-431b-ae90-ecb9c97bb065" targetNamespace="http://schemas.microsoft.com/office/2006/metadata/properties" ma:root="true" ma:fieldsID="6ffcfaccd835bdd457db9d1254e512ea" ns2:_="" ns3:_="">
    <xsd:import namespace="f4b70f11-d3da-4d1c-a328-3070ca8abd72"/>
    <xsd:import namespace="6888f2d7-7a96-431b-ae90-ecb9c97bb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70f11-d3da-4d1c-a328-3070ca8ab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184c8c62-af11-4a97-95e1-881613c39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Enviado"/>
          <xsd:enumeration value="Agendad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8f2d7-7a96-431b-ae90-ecb9c97bb0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6f515a2-5470-439e-acaa-322312ffbda0}" ma:internalName="TaxCatchAll" ma:showField="CatchAllData" ma:web="6888f2d7-7a96-431b-ae90-ecb9c97bb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6977C-B115-4A03-A81C-8980FB032D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B9A42B-C89D-4728-8FED-4344CDB0B022}">
  <ds:schemaRefs>
    <ds:schemaRef ds:uri="http://schemas.microsoft.com/office/2006/metadata/properties"/>
    <ds:schemaRef ds:uri="http://schemas.microsoft.com/office/infopath/2007/PartnerControls"/>
    <ds:schemaRef ds:uri="6888f2d7-7a96-431b-ae90-ecb9c97bb065"/>
    <ds:schemaRef ds:uri="f4b70f11-d3da-4d1c-a328-3070ca8abd72"/>
  </ds:schemaRefs>
</ds:datastoreItem>
</file>

<file path=customXml/itemProps4.xml><?xml version="1.0" encoding="utf-8"?>
<ds:datastoreItem xmlns:ds="http://schemas.openxmlformats.org/officeDocument/2006/customXml" ds:itemID="{920373A6-8369-43EF-9084-9118D0330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70f11-d3da-4d1c-a328-3070ca8abd72"/>
    <ds:schemaRef ds:uri="6888f2d7-7a96-431b-ae90-ecb9c97bb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1505</Words>
  <Characters>8127</Characters>
  <Application>Microsoft Office Word</Application>
  <DocSecurity>0</DocSecurity>
  <Lines>67</Lines>
  <Paragraphs>19</Paragraphs>
  <ScaleCrop>false</ScaleCrop>
  <Manager/>
  <Company/>
  <LinksUpToDate>false</LinksUpToDate>
  <CharactersWithSpaces>9613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Janaina Da Silva Pinotti</cp:lastModifiedBy>
  <cp:revision>2</cp:revision>
  <dcterms:created xsi:type="dcterms:W3CDTF">2026-08-24T20:37:00Z</dcterms:created>
  <dcterms:modified xsi:type="dcterms:W3CDTF">2026-08-24T20:37:00Z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0x01010052723BE523F05F4198BBCC9F04031A99</vt:lpwstr>
  </property>
  <property fmtid="{D5CDD505-2E9C-101B-9397-08002B2CF9AE}" pid="3" name="MediaServiceImageTags">
    <vt:lpwstr/>
  </property>
</Properties>
</file>